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90AE5" w14:textId="77777777" w:rsidR="000540CB" w:rsidRDefault="00000000">
      <w:pPr>
        <w:spacing w:after="80"/>
        <w:jc w:val="center"/>
      </w:pPr>
      <w:r>
        <w:rPr>
          <w:b/>
          <w:color w:val="1F4E79"/>
          <w:sz w:val="44"/>
        </w:rPr>
        <w:t>Checklista inför renovering</w:t>
      </w:r>
    </w:p>
    <w:p w14:paraId="7CD3F796" w14:textId="77777777" w:rsidR="000540CB" w:rsidRDefault="00000000">
      <w:pPr>
        <w:spacing w:after="80"/>
        <w:jc w:val="center"/>
      </w:pPr>
      <w:r>
        <w:rPr>
          <w:b/>
          <w:sz w:val="32"/>
        </w:rPr>
        <w:t>BRF Styrmannen 19</w:t>
      </w:r>
    </w:p>
    <w:p w14:paraId="6ACE3432" w14:textId="77777777" w:rsidR="000540CB" w:rsidRDefault="00000000">
      <w:pPr>
        <w:spacing w:after="80"/>
        <w:jc w:val="center"/>
      </w:pPr>
      <w:r>
        <w:rPr>
          <w:sz w:val="22"/>
        </w:rPr>
        <w:t>Fylls i av bostadsrättshavaren och skickas till styrelsen innan renovering påbörjas.</w:t>
      </w:r>
    </w:p>
    <w:tbl>
      <w:tblPr>
        <w:tblW w:w="0" w:type="auto"/>
        <w:jc w:val="center"/>
        <w:tblBorders>
          <w:top w:val="single" w:sz="4" w:space="0" w:color="D6B656"/>
          <w:left w:val="single" w:sz="4" w:space="0" w:color="D6B656"/>
          <w:bottom w:val="single" w:sz="4" w:space="0" w:color="D6B656"/>
          <w:right w:val="single" w:sz="4" w:space="0" w:color="D6B656"/>
          <w:insideH w:val="single" w:sz="4" w:space="0" w:color="D6B656"/>
          <w:insideV w:val="single" w:sz="4" w:space="0" w:color="D6B656"/>
        </w:tblBorders>
        <w:tblLook w:val="04A0" w:firstRow="1" w:lastRow="0" w:firstColumn="1" w:lastColumn="0" w:noHBand="0" w:noVBand="1"/>
      </w:tblPr>
      <w:tblGrid>
        <w:gridCol w:w="10200"/>
      </w:tblGrid>
      <w:tr w:rsidR="000540CB" w14:paraId="4C305DC8" w14:textId="77777777">
        <w:trPr>
          <w:jc w:val="center"/>
        </w:trPr>
        <w:tc>
          <w:tcPr>
            <w:tcW w:w="10200" w:type="dxa"/>
            <w:shd w:val="clear" w:color="auto" w:fill="EAF2F8"/>
          </w:tcPr>
          <w:p w14:paraId="03B54200" w14:textId="77777777" w:rsidR="000540CB" w:rsidRDefault="00000000">
            <w:r>
              <w:rPr>
                <w:b/>
              </w:rPr>
              <w:t>Viktigt</w:t>
            </w:r>
          </w:p>
          <w:p w14:paraId="5BB1B9C3" w14:textId="77777777" w:rsidR="000540CB" w:rsidRDefault="00000000">
            <w:pPr>
              <w:spacing w:after="0"/>
            </w:pPr>
            <w:r>
              <w:rPr>
                <w:sz w:val="18"/>
              </w:rPr>
              <w:t>Checklistan ersätter inte lag, myndighetskrav, stadgar, branschregler eller styrelsens skriftliga beslut. Arbeten som kräver styrelsens tillstånd eller myndighetsbesked får inte påbörjas innan sådant tillstånd/besked finns.</w:t>
            </w:r>
          </w:p>
        </w:tc>
      </w:tr>
    </w:tbl>
    <w:p w14:paraId="768AA9BB" w14:textId="77777777" w:rsidR="000540CB" w:rsidRDefault="000540CB">
      <w:pPr>
        <w:spacing w:after="80"/>
      </w:pPr>
    </w:p>
    <w:p w14:paraId="409E503D" w14:textId="77777777" w:rsidR="000540CB" w:rsidRDefault="00000000">
      <w:pPr>
        <w:pStyle w:val="Rubrik1"/>
        <w:spacing w:before="160" w:after="80"/>
      </w:pPr>
      <w:r>
        <w:t>1. Grunduppgifter</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50"/>
        <w:gridCol w:w="2550"/>
        <w:gridCol w:w="2550"/>
        <w:gridCol w:w="2550"/>
      </w:tblGrid>
      <w:tr w:rsidR="000540CB" w14:paraId="3415107F" w14:textId="77777777">
        <w:trPr>
          <w:jc w:val="center"/>
        </w:trPr>
        <w:tc>
          <w:tcPr>
            <w:tcW w:w="2550" w:type="dxa"/>
            <w:shd w:val="clear" w:color="auto" w:fill="F2F2F2"/>
            <w:vAlign w:val="center"/>
          </w:tcPr>
          <w:p w14:paraId="1478FDD1" w14:textId="77777777" w:rsidR="000540CB" w:rsidRDefault="00000000">
            <w:r>
              <w:rPr>
                <w:b/>
                <w:sz w:val="18"/>
              </w:rPr>
              <w:t>Medlem / sökande</w:t>
            </w:r>
          </w:p>
        </w:tc>
        <w:tc>
          <w:tcPr>
            <w:tcW w:w="2550" w:type="dxa"/>
            <w:vAlign w:val="center"/>
          </w:tcPr>
          <w:p w14:paraId="00AE039C" w14:textId="77777777" w:rsidR="000540CB" w:rsidRDefault="000540CB"/>
        </w:tc>
        <w:tc>
          <w:tcPr>
            <w:tcW w:w="2550" w:type="dxa"/>
            <w:shd w:val="clear" w:color="auto" w:fill="F2F2F2"/>
            <w:vAlign w:val="center"/>
          </w:tcPr>
          <w:p w14:paraId="2ECD327E" w14:textId="77777777" w:rsidR="000540CB" w:rsidRDefault="00000000">
            <w:r>
              <w:rPr>
                <w:b/>
                <w:sz w:val="18"/>
              </w:rPr>
              <w:t>Lägenhetsnummer</w:t>
            </w:r>
          </w:p>
        </w:tc>
        <w:tc>
          <w:tcPr>
            <w:tcW w:w="2550" w:type="dxa"/>
            <w:vAlign w:val="center"/>
          </w:tcPr>
          <w:p w14:paraId="1116D5CF" w14:textId="77777777" w:rsidR="000540CB" w:rsidRDefault="000540CB"/>
        </w:tc>
      </w:tr>
      <w:tr w:rsidR="000540CB" w14:paraId="4F66C22A" w14:textId="77777777">
        <w:trPr>
          <w:jc w:val="center"/>
        </w:trPr>
        <w:tc>
          <w:tcPr>
            <w:tcW w:w="2550" w:type="dxa"/>
            <w:shd w:val="clear" w:color="auto" w:fill="F2F2F2"/>
            <w:vAlign w:val="center"/>
          </w:tcPr>
          <w:p w14:paraId="2726B35D" w14:textId="77777777" w:rsidR="000540CB" w:rsidRDefault="00000000">
            <w:r>
              <w:rPr>
                <w:b/>
                <w:sz w:val="18"/>
              </w:rPr>
              <w:t>Telefon</w:t>
            </w:r>
          </w:p>
        </w:tc>
        <w:tc>
          <w:tcPr>
            <w:tcW w:w="2550" w:type="dxa"/>
            <w:vAlign w:val="center"/>
          </w:tcPr>
          <w:p w14:paraId="12BBC31A" w14:textId="77777777" w:rsidR="000540CB" w:rsidRDefault="000540CB"/>
        </w:tc>
        <w:tc>
          <w:tcPr>
            <w:tcW w:w="2550" w:type="dxa"/>
            <w:shd w:val="clear" w:color="auto" w:fill="F2F2F2"/>
            <w:vAlign w:val="center"/>
          </w:tcPr>
          <w:p w14:paraId="48388324" w14:textId="77777777" w:rsidR="000540CB" w:rsidRDefault="00000000">
            <w:r>
              <w:rPr>
                <w:b/>
                <w:sz w:val="18"/>
              </w:rPr>
              <w:t>E-post</w:t>
            </w:r>
          </w:p>
        </w:tc>
        <w:tc>
          <w:tcPr>
            <w:tcW w:w="2550" w:type="dxa"/>
            <w:vAlign w:val="center"/>
          </w:tcPr>
          <w:p w14:paraId="3B0BD13C" w14:textId="77777777" w:rsidR="000540CB" w:rsidRDefault="000540CB"/>
        </w:tc>
      </w:tr>
      <w:tr w:rsidR="000540CB" w14:paraId="0C8313FF" w14:textId="77777777">
        <w:trPr>
          <w:jc w:val="center"/>
        </w:trPr>
        <w:tc>
          <w:tcPr>
            <w:tcW w:w="2550" w:type="dxa"/>
            <w:shd w:val="clear" w:color="auto" w:fill="F2F2F2"/>
            <w:vAlign w:val="center"/>
          </w:tcPr>
          <w:p w14:paraId="34339728" w14:textId="77777777" w:rsidR="000540CB" w:rsidRDefault="00000000">
            <w:r>
              <w:rPr>
                <w:b/>
                <w:sz w:val="18"/>
              </w:rPr>
              <w:t>Planerad start</w:t>
            </w:r>
          </w:p>
        </w:tc>
        <w:tc>
          <w:tcPr>
            <w:tcW w:w="2550" w:type="dxa"/>
            <w:vAlign w:val="center"/>
          </w:tcPr>
          <w:p w14:paraId="3A3AA177" w14:textId="77777777" w:rsidR="000540CB" w:rsidRDefault="000540CB"/>
        </w:tc>
        <w:tc>
          <w:tcPr>
            <w:tcW w:w="2550" w:type="dxa"/>
            <w:shd w:val="clear" w:color="auto" w:fill="F2F2F2"/>
            <w:vAlign w:val="center"/>
          </w:tcPr>
          <w:p w14:paraId="76511417" w14:textId="77777777" w:rsidR="000540CB" w:rsidRDefault="00000000">
            <w:r>
              <w:rPr>
                <w:b/>
                <w:sz w:val="18"/>
              </w:rPr>
              <w:t>Planerat slut</w:t>
            </w:r>
          </w:p>
        </w:tc>
        <w:tc>
          <w:tcPr>
            <w:tcW w:w="2550" w:type="dxa"/>
            <w:vAlign w:val="center"/>
          </w:tcPr>
          <w:p w14:paraId="1F7CA999" w14:textId="77777777" w:rsidR="000540CB" w:rsidRDefault="000540CB"/>
        </w:tc>
      </w:tr>
      <w:tr w:rsidR="000540CB" w14:paraId="329A317E" w14:textId="77777777">
        <w:trPr>
          <w:jc w:val="center"/>
        </w:trPr>
        <w:tc>
          <w:tcPr>
            <w:tcW w:w="2550" w:type="dxa"/>
            <w:shd w:val="clear" w:color="auto" w:fill="F2F2F2"/>
            <w:vAlign w:val="center"/>
          </w:tcPr>
          <w:p w14:paraId="1BA2E712" w14:textId="77777777" w:rsidR="000540CB" w:rsidRDefault="00000000">
            <w:r>
              <w:rPr>
                <w:b/>
                <w:sz w:val="18"/>
              </w:rPr>
              <w:t>Ansvarig projektledare / kontaktperson</w:t>
            </w:r>
          </w:p>
        </w:tc>
        <w:tc>
          <w:tcPr>
            <w:tcW w:w="2550" w:type="dxa"/>
            <w:vAlign w:val="center"/>
          </w:tcPr>
          <w:p w14:paraId="53875150" w14:textId="77777777" w:rsidR="000540CB" w:rsidRDefault="000540CB"/>
        </w:tc>
        <w:tc>
          <w:tcPr>
            <w:tcW w:w="2550" w:type="dxa"/>
            <w:shd w:val="clear" w:color="auto" w:fill="F2F2F2"/>
            <w:vAlign w:val="center"/>
          </w:tcPr>
          <w:p w14:paraId="0947579C" w14:textId="77777777" w:rsidR="000540CB" w:rsidRDefault="00000000">
            <w:r>
              <w:rPr>
                <w:b/>
                <w:sz w:val="18"/>
              </w:rPr>
              <w:t>Telefon dagtid</w:t>
            </w:r>
          </w:p>
        </w:tc>
        <w:tc>
          <w:tcPr>
            <w:tcW w:w="2550" w:type="dxa"/>
            <w:vAlign w:val="center"/>
          </w:tcPr>
          <w:p w14:paraId="10F8C495" w14:textId="77777777" w:rsidR="000540CB" w:rsidRDefault="000540CB"/>
        </w:tc>
      </w:tr>
      <w:tr w:rsidR="000540CB" w14:paraId="2A57AF22" w14:textId="77777777">
        <w:trPr>
          <w:jc w:val="center"/>
        </w:trPr>
        <w:tc>
          <w:tcPr>
            <w:tcW w:w="2550" w:type="dxa"/>
            <w:shd w:val="clear" w:color="auto" w:fill="F2F2F2"/>
            <w:vAlign w:val="center"/>
          </w:tcPr>
          <w:p w14:paraId="60696C70" w14:textId="77777777" w:rsidR="000540CB" w:rsidRDefault="00000000">
            <w:r>
              <w:rPr>
                <w:b/>
                <w:sz w:val="18"/>
              </w:rPr>
              <w:t>Huvudentreprenör</w:t>
            </w:r>
          </w:p>
        </w:tc>
        <w:tc>
          <w:tcPr>
            <w:tcW w:w="2550" w:type="dxa"/>
            <w:vAlign w:val="center"/>
          </w:tcPr>
          <w:p w14:paraId="4771F155" w14:textId="77777777" w:rsidR="000540CB" w:rsidRDefault="000540CB"/>
        </w:tc>
        <w:tc>
          <w:tcPr>
            <w:tcW w:w="2550" w:type="dxa"/>
            <w:shd w:val="clear" w:color="auto" w:fill="F2F2F2"/>
            <w:vAlign w:val="center"/>
          </w:tcPr>
          <w:p w14:paraId="79443240" w14:textId="77777777" w:rsidR="000540CB" w:rsidRDefault="00000000">
            <w:r>
              <w:rPr>
                <w:b/>
                <w:sz w:val="18"/>
              </w:rPr>
              <w:t>Organisationsnummer</w:t>
            </w:r>
          </w:p>
        </w:tc>
        <w:tc>
          <w:tcPr>
            <w:tcW w:w="2550" w:type="dxa"/>
            <w:vAlign w:val="center"/>
          </w:tcPr>
          <w:p w14:paraId="4848C26D" w14:textId="77777777" w:rsidR="000540CB" w:rsidRDefault="000540CB"/>
        </w:tc>
      </w:tr>
      <w:tr w:rsidR="000540CB" w14:paraId="0B272ABC" w14:textId="77777777">
        <w:trPr>
          <w:jc w:val="center"/>
        </w:trPr>
        <w:tc>
          <w:tcPr>
            <w:tcW w:w="2550" w:type="dxa"/>
            <w:shd w:val="clear" w:color="auto" w:fill="F2F2F2"/>
            <w:vAlign w:val="center"/>
          </w:tcPr>
          <w:p w14:paraId="00E67589" w14:textId="77777777" w:rsidR="000540CB" w:rsidRDefault="00000000">
            <w:r>
              <w:rPr>
                <w:b/>
                <w:sz w:val="18"/>
              </w:rPr>
              <w:t>Akutkontakt kväll/helg</w:t>
            </w:r>
          </w:p>
        </w:tc>
        <w:tc>
          <w:tcPr>
            <w:tcW w:w="2550" w:type="dxa"/>
            <w:vAlign w:val="center"/>
          </w:tcPr>
          <w:p w14:paraId="2437B581" w14:textId="77777777" w:rsidR="000540CB" w:rsidRDefault="000540CB"/>
        </w:tc>
        <w:tc>
          <w:tcPr>
            <w:tcW w:w="2550" w:type="dxa"/>
            <w:shd w:val="clear" w:color="auto" w:fill="F2F2F2"/>
            <w:vAlign w:val="center"/>
          </w:tcPr>
          <w:p w14:paraId="083ADA34" w14:textId="77777777" w:rsidR="000540CB" w:rsidRDefault="00000000">
            <w:r>
              <w:rPr>
                <w:b/>
                <w:sz w:val="18"/>
              </w:rPr>
              <w:t>Telefon</w:t>
            </w:r>
          </w:p>
        </w:tc>
        <w:tc>
          <w:tcPr>
            <w:tcW w:w="2550" w:type="dxa"/>
            <w:vAlign w:val="center"/>
          </w:tcPr>
          <w:p w14:paraId="54D1AEAE" w14:textId="77777777" w:rsidR="000540CB" w:rsidRDefault="000540CB"/>
        </w:tc>
      </w:tr>
    </w:tbl>
    <w:p w14:paraId="789F1E2C" w14:textId="77777777" w:rsidR="000540CB" w:rsidRDefault="000540CB">
      <w:pPr>
        <w:spacing w:after="80"/>
      </w:pPr>
    </w:p>
    <w:p w14:paraId="0B5580D0" w14:textId="77777777" w:rsidR="000540CB" w:rsidRDefault="00000000">
      <w:pPr>
        <w:pStyle w:val="Liststycke"/>
        <w:ind w:left="0"/>
      </w:pPr>
      <w:r>
        <w:t>☐ Jag har läst igenom föreningens renoveringsregler och vidarebefordrat dem till samtliga hantverkare.</w:t>
      </w:r>
    </w:p>
    <w:p w14:paraId="6A3B6495" w14:textId="77777777" w:rsidR="000540CB" w:rsidRDefault="00000000">
      <w:pPr>
        <w:pStyle w:val="Liststycke"/>
        <w:ind w:left="0"/>
      </w:pPr>
      <w:r>
        <w:t>☐ Jag har satt upp, eller kommer innan start att sätta upp, en väl synlig lapp i trapphuset med kontaktuppgifter till ansvarig för renoveringen.</w:t>
      </w:r>
    </w:p>
    <w:p w14:paraId="038E8ABD" w14:textId="77777777" w:rsidR="000540CB" w:rsidRDefault="00000000">
      <w:pPr>
        <w:pStyle w:val="Liststycke"/>
        <w:ind w:left="0"/>
      </w:pPr>
      <w:r>
        <w:t>☐ Jag förstår att arbeten som kräver styrelsens tillstånd, bygganmälan/startbesked eller särskilt fackunderlag inte får påbörjas innan underlagen är godkända.</w:t>
      </w:r>
    </w:p>
    <w:p w14:paraId="0E6D29A3" w14:textId="77777777" w:rsidR="000540CB" w:rsidRDefault="00000000">
      <w:pPr>
        <w:pStyle w:val="Rubrik1"/>
        <w:spacing w:before="160" w:after="80"/>
      </w:pPr>
      <w:r>
        <w:t>2. Snabbkontroll - krävs särskilt underlag?</w:t>
      </w:r>
    </w:p>
    <w:p w14:paraId="0CE315CE" w14:textId="77777777" w:rsidR="000540CB" w:rsidRDefault="00000000">
      <w:pPr>
        <w:pStyle w:val="Rubrik2"/>
        <w:spacing w:before="160" w:after="80"/>
      </w:pPr>
      <w:r>
        <w:t>Markera vad renoveringen berör</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50"/>
        <w:gridCol w:w="2550"/>
        <w:gridCol w:w="2550"/>
        <w:gridCol w:w="2550"/>
      </w:tblGrid>
      <w:tr w:rsidR="000540CB" w14:paraId="20E666C1" w14:textId="77777777">
        <w:trPr>
          <w:tblHeader/>
          <w:jc w:val="center"/>
        </w:trPr>
        <w:tc>
          <w:tcPr>
            <w:tcW w:w="2550" w:type="dxa"/>
            <w:shd w:val="clear" w:color="auto" w:fill="D9EAF7"/>
          </w:tcPr>
          <w:p w14:paraId="7EC82D2A" w14:textId="77777777" w:rsidR="000540CB" w:rsidRDefault="00000000">
            <w:r>
              <w:rPr>
                <w:b/>
                <w:sz w:val="18"/>
              </w:rPr>
              <w:t>Fråga</w:t>
            </w:r>
          </w:p>
        </w:tc>
        <w:tc>
          <w:tcPr>
            <w:tcW w:w="2550" w:type="dxa"/>
            <w:shd w:val="clear" w:color="auto" w:fill="D9EAF7"/>
          </w:tcPr>
          <w:p w14:paraId="6079A056" w14:textId="77777777" w:rsidR="000540CB" w:rsidRDefault="00000000">
            <w:pPr>
              <w:jc w:val="center"/>
            </w:pPr>
            <w:r>
              <w:rPr>
                <w:b/>
                <w:sz w:val="18"/>
              </w:rPr>
              <w:t>Ja</w:t>
            </w:r>
          </w:p>
        </w:tc>
        <w:tc>
          <w:tcPr>
            <w:tcW w:w="2550" w:type="dxa"/>
            <w:shd w:val="clear" w:color="auto" w:fill="D9EAF7"/>
          </w:tcPr>
          <w:p w14:paraId="3508FBA7" w14:textId="77777777" w:rsidR="000540CB" w:rsidRDefault="00000000">
            <w:pPr>
              <w:jc w:val="center"/>
            </w:pPr>
            <w:r>
              <w:rPr>
                <w:b/>
                <w:sz w:val="18"/>
              </w:rPr>
              <w:t>Nej</w:t>
            </w:r>
          </w:p>
        </w:tc>
        <w:tc>
          <w:tcPr>
            <w:tcW w:w="2550" w:type="dxa"/>
            <w:shd w:val="clear" w:color="auto" w:fill="D9EAF7"/>
          </w:tcPr>
          <w:p w14:paraId="34AB0B89" w14:textId="77777777" w:rsidR="000540CB" w:rsidRDefault="00000000">
            <w:r>
              <w:rPr>
                <w:b/>
                <w:sz w:val="18"/>
              </w:rPr>
              <w:t>Kommentar / bilaga</w:t>
            </w:r>
          </w:p>
        </w:tc>
      </w:tr>
      <w:tr w:rsidR="000540CB" w14:paraId="785F63D4" w14:textId="77777777">
        <w:trPr>
          <w:cantSplit/>
          <w:jc w:val="center"/>
        </w:trPr>
        <w:tc>
          <w:tcPr>
            <w:tcW w:w="2550" w:type="dxa"/>
          </w:tcPr>
          <w:p w14:paraId="4200C7BD" w14:textId="77777777" w:rsidR="000540CB" w:rsidRDefault="00000000">
            <w:r>
              <w:rPr>
                <w:sz w:val="17"/>
              </w:rPr>
              <w:t>Rivning, håltagning, spårning, bilning eller annan påverkan på vägg, golv, tak eller bjälklag.</w:t>
            </w:r>
          </w:p>
        </w:tc>
        <w:tc>
          <w:tcPr>
            <w:tcW w:w="2550" w:type="dxa"/>
          </w:tcPr>
          <w:p w14:paraId="32FB7E65" w14:textId="77777777" w:rsidR="000540CB" w:rsidRDefault="00000000">
            <w:pPr>
              <w:jc w:val="center"/>
            </w:pPr>
            <w:r>
              <w:rPr>
                <w:sz w:val="22"/>
              </w:rPr>
              <w:t>☐</w:t>
            </w:r>
          </w:p>
        </w:tc>
        <w:tc>
          <w:tcPr>
            <w:tcW w:w="2550" w:type="dxa"/>
          </w:tcPr>
          <w:p w14:paraId="752CAF45" w14:textId="77777777" w:rsidR="000540CB" w:rsidRDefault="00000000">
            <w:pPr>
              <w:jc w:val="center"/>
            </w:pPr>
            <w:r>
              <w:rPr>
                <w:sz w:val="22"/>
              </w:rPr>
              <w:t>☐</w:t>
            </w:r>
          </w:p>
        </w:tc>
        <w:tc>
          <w:tcPr>
            <w:tcW w:w="2550" w:type="dxa"/>
          </w:tcPr>
          <w:p w14:paraId="4E4CEE50" w14:textId="77777777" w:rsidR="000540CB" w:rsidRDefault="000540CB"/>
        </w:tc>
      </w:tr>
      <w:tr w:rsidR="000540CB" w14:paraId="2E942E1F" w14:textId="77777777">
        <w:trPr>
          <w:cantSplit/>
          <w:jc w:val="center"/>
        </w:trPr>
        <w:tc>
          <w:tcPr>
            <w:tcW w:w="2550" w:type="dxa"/>
          </w:tcPr>
          <w:p w14:paraId="7E85A403" w14:textId="77777777" w:rsidR="000540CB" w:rsidRDefault="00000000">
            <w:r>
              <w:rPr>
                <w:sz w:val="17"/>
              </w:rPr>
              <w:t>Bärande konstruktion eller osäkerhet om vägg/golv/tak är bärande eller stabiliserande.</w:t>
            </w:r>
          </w:p>
        </w:tc>
        <w:tc>
          <w:tcPr>
            <w:tcW w:w="2550" w:type="dxa"/>
          </w:tcPr>
          <w:p w14:paraId="67F20BC9" w14:textId="77777777" w:rsidR="000540CB" w:rsidRDefault="00000000">
            <w:pPr>
              <w:jc w:val="center"/>
            </w:pPr>
            <w:r>
              <w:rPr>
                <w:sz w:val="22"/>
              </w:rPr>
              <w:t>☐</w:t>
            </w:r>
          </w:p>
        </w:tc>
        <w:tc>
          <w:tcPr>
            <w:tcW w:w="2550" w:type="dxa"/>
          </w:tcPr>
          <w:p w14:paraId="4BBB123C" w14:textId="77777777" w:rsidR="000540CB" w:rsidRDefault="00000000">
            <w:pPr>
              <w:jc w:val="center"/>
            </w:pPr>
            <w:r>
              <w:rPr>
                <w:sz w:val="22"/>
              </w:rPr>
              <w:t>☐</w:t>
            </w:r>
          </w:p>
        </w:tc>
        <w:tc>
          <w:tcPr>
            <w:tcW w:w="2550" w:type="dxa"/>
          </w:tcPr>
          <w:p w14:paraId="62B75712" w14:textId="77777777" w:rsidR="000540CB" w:rsidRDefault="000540CB"/>
        </w:tc>
      </w:tr>
      <w:tr w:rsidR="000540CB" w14:paraId="22512B63" w14:textId="77777777">
        <w:trPr>
          <w:cantSplit/>
          <w:jc w:val="center"/>
        </w:trPr>
        <w:tc>
          <w:tcPr>
            <w:tcW w:w="2550" w:type="dxa"/>
          </w:tcPr>
          <w:p w14:paraId="05BA3A46" w14:textId="77777777" w:rsidR="000540CB" w:rsidRDefault="00000000">
            <w:r>
              <w:rPr>
                <w:sz w:val="17"/>
              </w:rPr>
              <w:t>Murad vägg, tegel, betong, bjälklag eller annan tung konstruktion.</w:t>
            </w:r>
          </w:p>
        </w:tc>
        <w:tc>
          <w:tcPr>
            <w:tcW w:w="2550" w:type="dxa"/>
          </w:tcPr>
          <w:p w14:paraId="545A4F31" w14:textId="77777777" w:rsidR="000540CB" w:rsidRDefault="00000000">
            <w:pPr>
              <w:jc w:val="center"/>
            </w:pPr>
            <w:r>
              <w:rPr>
                <w:sz w:val="22"/>
              </w:rPr>
              <w:t>☐</w:t>
            </w:r>
          </w:p>
        </w:tc>
        <w:tc>
          <w:tcPr>
            <w:tcW w:w="2550" w:type="dxa"/>
          </w:tcPr>
          <w:p w14:paraId="279CFABF" w14:textId="77777777" w:rsidR="000540CB" w:rsidRDefault="00000000">
            <w:pPr>
              <w:jc w:val="center"/>
            </w:pPr>
            <w:r>
              <w:rPr>
                <w:sz w:val="22"/>
              </w:rPr>
              <w:t>☐</w:t>
            </w:r>
          </w:p>
        </w:tc>
        <w:tc>
          <w:tcPr>
            <w:tcW w:w="2550" w:type="dxa"/>
          </w:tcPr>
          <w:p w14:paraId="4C4C3319" w14:textId="77777777" w:rsidR="000540CB" w:rsidRDefault="000540CB"/>
        </w:tc>
      </w:tr>
      <w:tr w:rsidR="000540CB" w14:paraId="196DDAA4" w14:textId="77777777">
        <w:trPr>
          <w:cantSplit/>
          <w:jc w:val="center"/>
        </w:trPr>
        <w:tc>
          <w:tcPr>
            <w:tcW w:w="2550" w:type="dxa"/>
          </w:tcPr>
          <w:p w14:paraId="1EFA3E9F" w14:textId="77777777" w:rsidR="000540CB" w:rsidRDefault="00000000">
            <w:r>
              <w:rPr>
                <w:sz w:val="17"/>
              </w:rPr>
              <w:t>Ändring, flytt eller ny anslutning för avlopp, vatten, värme eller gas.</w:t>
            </w:r>
          </w:p>
        </w:tc>
        <w:tc>
          <w:tcPr>
            <w:tcW w:w="2550" w:type="dxa"/>
          </w:tcPr>
          <w:p w14:paraId="01412272" w14:textId="77777777" w:rsidR="000540CB" w:rsidRDefault="00000000">
            <w:pPr>
              <w:jc w:val="center"/>
            </w:pPr>
            <w:r>
              <w:rPr>
                <w:sz w:val="22"/>
              </w:rPr>
              <w:t>☐</w:t>
            </w:r>
          </w:p>
        </w:tc>
        <w:tc>
          <w:tcPr>
            <w:tcW w:w="2550" w:type="dxa"/>
          </w:tcPr>
          <w:p w14:paraId="3AD32A3C" w14:textId="77777777" w:rsidR="000540CB" w:rsidRDefault="00000000">
            <w:pPr>
              <w:jc w:val="center"/>
            </w:pPr>
            <w:r>
              <w:rPr>
                <w:sz w:val="22"/>
              </w:rPr>
              <w:t>☐</w:t>
            </w:r>
          </w:p>
        </w:tc>
        <w:tc>
          <w:tcPr>
            <w:tcW w:w="2550" w:type="dxa"/>
          </w:tcPr>
          <w:p w14:paraId="520809D4" w14:textId="77777777" w:rsidR="000540CB" w:rsidRDefault="000540CB"/>
        </w:tc>
      </w:tr>
      <w:tr w:rsidR="000540CB" w14:paraId="4C249542" w14:textId="77777777">
        <w:trPr>
          <w:cantSplit/>
          <w:jc w:val="center"/>
        </w:trPr>
        <w:tc>
          <w:tcPr>
            <w:tcW w:w="2550" w:type="dxa"/>
          </w:tcPr>
          <w:p w14:paraId="26698A24" w14:textId="77777777" w:rsidR="000540CB" w:rsidRDefault="00000000">
            <w:r>
              <w:rPr>
                <w:sz w:val="17"/>
              </w:rPr>
              <w:lastRenderedPageBreak/>
              <w:t>Stammar, avstickare, schakt, inspektionsluckor eller rörgenomföringar.</w:t>
            </w:r>
          </w:p>
        </w:tc>
        <w:tc>
          <w:tcPr>
            <w:tcW w:w="2550" w:type="dxa"/>
          </w:tcPr>
          <w:p w14:paraId="39E54246" w14:textId="77777777" w:rsidR="000540CB" w:rsidRDefault="00000000">
            <w:pPr>
              <w:jc w:val="center"/>
            </w:pPr>
            <w:r>
              <w:rPr>
                <w:sz w:val="22"/>
              </w:rPr>
              <w:t>☐</w:t>
            </w:r>
          </w:p>
        </w:tc>
        <w:tc>
          <w:tcPr>
            <w:tcW w:w="2550" w:type="dxa"/>
          </w:tcPr>
          <w:p w14:paraId="2B2C3DF0" w14:textId="77777777" w:rsidR="000540CB" w:rsidRDefault="00000000">
            <w:pPr>
              <w:jc w:val="center"/>
            </w:pPr>
            <w:r>
              <w:rPr>
                <w:sz w:val="22"/>
              </w:rPr>
              <w:t>☐</w:t>
            </w:r>
          </w:p>
        </w:tc>
        <w:tc>
          <w:tcPr>
            <w:tcW w:w="2550" w:type="dxa"/>
          </w:tcPr>
          <w:p w14:paraId="5B50F71A" w14:textId="77777777" w:rsidR="000540CB" w:rsidRDefault="000540CB"/>
        </w:tc>
      </w:tr>
      <w:tr w:rsidR="000540CB" w14:paraId="1B5ADCE8" w14:textId="77777777">
        <w:trPr>
          <w:cantSplit/>
          <w:jc w:val="center"/>
        </w:trPr>
        <w:tc>
          <w:tcPr>
            <w:tcW w:w="2550" w:type="dxa"/>
          </w:tcPr>
          <w:p w14:paraId="327EE5A3" w14:textId="77777777" w:rsidR="000540CB" w:rsidRDefault="00000000">
            <w:r>
              <w:rPr>
                <w:sz w:val="17"/>
              </w:rPr>
              <w:t>Flytt eller ny placering av kök, WC, dusch, badrum, tvättmaskin eller diskmaskin.</w:t>
            </w:r>
          </w:p>
        </w:tc>
        <w:tc>
          <w:tcPr>
            <w:tcW w:w="2550" w:type="dxa"/>
          </w:tcPr>
          <w:p w14:paraId="493C5DD4" w14:textId="77777777" w:rsidR="000540CB" w:rsidRDefault="00000000">
            <w:pPr>
              <w:jc w:val="center"/>
            </w:pPr>
            <w:r>
              <w:rPr>
                <w:sz w:val="22"/>
              </w:rPr>
              <w:t>☐</w:t>
            </w:r>
          </w:p>
        </w:tc>
        <w:tc>
          <w:tcPr>
            <w:tcW w:w="2550" w:type="dxa"/>
          </w:tcPr>
          <w:p w14:paraId="2BE87006" w14:textId="77777777" w:rsidR="000540CB" w:rsidRDefault="00000000">
            <w:pPr>
              <w:jc w:val="center"/>
            </w:pPr>
            <w:r>
              <w:rPr>
                <w:sz w:val="22"/>
              </w:rPr>
              <w:t>☐</w:t>
            </w:r>
          </w:p>
        </w:tc>
        <w:tc>
          <w:tcPr>
            <w:tcW w:w="2550" w:type="dxa"/>
          </w:tcPr>
          <w:p w14:paraId="0F1E6023" w14:textId="77777777" w:rsidR="000540CB" w:rsidRDefault="000540CB"/>
        </w:tc>
      </w:tr>
      <w:tr w:rsidR="000540CB" w14:paraId="2239E7FE" w14:textId="77777777">
        <w:trPr>
          <w:cantSplit/>
          <w:jc w:val="center"/>
        </w:trPr>
        <w:tc>
          <w:tcPr>
            <w:tcW w:w="2550" w:type="dxa"/>
          </w:tcPr>
          <w:p w14:paraId="07D980FC" w14:textId="77777777" w:rsidR="000540CB" w:rsidRDefault="00000000">
            <w:r>
              <w:rPr>
                <w:sz w:val="17"/>
              </w:rPr>
              <w:t>Våtrum, tätskikt, golvbrunn, fall, kakel, klinker eller annan vattenutsatt yta.</w:t>
            </w:r>
          </w:p>
        </w:tc>
        <w:tc>
          <w:tcPr>
            <w:tcW w:w="2550" w:type="dxa"/>
          </w:tcPr>
          <w:p w14:paraId="3E35E8B6" w14:textId="77777777" w:rsidR="000540CB" w:rsidRDefault="00000000">
            <w:pPr>
              <w:jc w:val="center"/>
            </w:pPr>
            <w:r>
              <w:rPr>
                <w:sz w:val="22"/>
              </w:rPr>
              <w:t>☐</w:t>
            </w:r>
          </w:p>
        </w:tc>
        <w:tc>
          <w:tcPr>
            <w:tcW w:w="2550" w:type="dxa"/>
          </w:tcPr>
          <w:p w14:paraId="352D6B8E" w14:textId="77777777" w:rsidR="000540CB" w:rsidRDefault="00000000">
            <w:pPr>
              <w:jc w:val="center"/>
            </w:pPr>
            <w:r>
              <w:rPr>
                <w:sz w:val="22"/>
              </w:rPr>
              <w:t>☐</w:t>
            </w:r>
          </w:p>
        </w:tc>
        <w:tc>
          <w:tcPr>
            <w:tcW w:w="2550" w:type="dxa"/>
          </w:tcPr>
          <w:p w14:paraId="2A83ED78" w14:textId="77777777" w:rsidR="000540CB" w:rsidRDefault="000540CB"/>
        </w:tc>
      </w:tr>
      <w:tr w:rsidR="000540CB" w14:paraId="042EBBD1" w14:textId="77777777">
        <w:trPr>
          <w:cantSplit/>
          <w:jc w:val="center"/>
        </w:trPr>
        <w:tc>
          <w:tcPr>
            <w:tcW w:w="2550" w:type="dxa"/>
          </w:tcPr>
          <w:p w14:paraId="2285B51F" w14:textId="77777777" w:rsidR="000540CB" w:rsidRDefault="00000000">
            <w:r>
              <w:rPr>
                <w:sz w:val="17"/>
              </w:rPr>
              <w:t>Ventilation, självdragskanal, frånluftsdon, imkanal, köksfläkt eller sänkt tak med kanaler.</w:t>
            </w:r>
          </w:p>
        </w:tc>
        <w:tc>
          <w:tcPr>
            <w:tcW w:w="2550" w:type="dxa"/>
          </w:tcPr>
          <w:p w14:paraId="7E82226D" w14:textId="77777777" w:rsidR="000540CB" w:rsidRDefault="00000000">
            <w:pPr>
              <w:jc w:val="center"/>
            </w:pPr>
            <w:r>
              <w:rPr>
                <w:sz w:val="22"/>
              </w:rPr>
              <w:t>☐</w:t>
            </w:r>
          </w:p>
        </w:tc>
        <w:tc>
          <w:tcPr>
            <w:tcW w:w="2550" w:type="dxa"/>
          </w:tcPr>
          <w:p w14:paraId="616FAA54" w14:textId="77777777" w:rsidR="000540CB" w:rsidRDefault="00000000">
            <w:pPr>
              <w:jc w:val="center"/>
            </w:pPr>
            <w:r>
              <w:rPr>
                <w:sz w:val="22"/>
              </w:rPr>
              <w:t>☐</w:t>
            </w:r>
          </w:p>
        </w:tc>
        <w:tc>
          <w:tcPr>
            <w:tcW w:w="2550" w:type="dxa"/>
          </w:tcPr>
          <w:p w14:paraId="13E64697" w14:textId="77777777" w:rsidR="000540CB" w:rsidRDefault="000540CB"/>
        </w:tc>
      </w:tr>
      <w:tr w:rsidR="000540CB" w14:paraId="23618CD6" w14:textId="77777777">
        <w:trPr>
          <w:cantSplit/>
          <w:jc w:val="center"/>
        </w:trPr>
        <w:tc>
          <w:tcPr>
            <w:tcW w:w="2550" w:type="dxa"/>
          </w:tcPr>
          <w:p w14:paraId="0FE7F3CE" w14:textId="77777777" w:rsidR="000540CB" w:rsidRDefault="00000000">
            <w:r>
              <w:rPr>
                <w:sz w:val="17"/>
              </w:rPr>
              <w:t>Brandskydd, brandcellsgräns, brandtätning, genomföring, schakt eller sänkt tak.</w:t>
            </w:r>
          </w:p>
        </w:tc>
        <w:tc>
          <w:tcPr>
            <w:tcW w:w="2550" w:type="dxa"/>
          </w:tcPr>
          <w:p w14:paraId="5080E620" w14:textId="77777777" w:rsidR="000540CB" w:rsidRDefault="00000000">
            <w:pPr>
              <w:jc w:val="center"/>
            </w:pPr>
            <w:r>
              <w:rPr>
                <w:sz w:val="22"/>
              </w:rPr>
              <w:t>☐</w:t>
            </w:r>
          </w:p>
        </w:tc>
        <w:tc>
          <w:tcPr>
            <w:tcW w:w="2550" w:type="dxa"/>
          </w:tcPr>
          <w:p w14:paraId="7C092D9E" w14:textId="77777777" w:rsidR="000540CB" w:rsidRDefault="00000000">
            <w:pPr>
              <w:jc w:val="center"/>
            </w:pPr>
            <w:r>
              <w:rPr>
                <w:sz w:val="22"/>
              </w:rPr>
              <w:t>☐</w:t>
            </w:r>
          </w:p>
        </w:tc>
        <w:tc>
          <w:tcPr>
            <w:tcW w:w="2550" w:type="dxa"/>
          </w:tcPr>
          <w:p w14:paraId="0727F7FE" w14:textId="77777777" w:rsidR="000540CB" w:rsidRDefault="000540CB"/>
        </w:tc>
      </w:tr>
      <w:tr w:rsidR="000540CB" w14:paraId="3792D90F" w14:textId="77777777">
        <w:trPr>
          <w:cantSplit/>
          <w:jc w:val="center"/>
        </w:trPr>
        <w:tc>
          <w:tcPr>
            <w:tcW w:w="2550" w:type="dxa"/>
          </w:tcPr>
          <w:p w14:paraId="7064C51B" w14:textId="77777777" w:rsidR="000540CB" w:rsidRDefault="00000000">
            <w:r>
              <w:rPr>
                <w:sz w:val="17"/>
              </w:rPr>
              <w:t>Elinstallationer utöver enklare byte av befintliga uttag/armaturer.</w:t>
            </w:r>
          </w:p>
        </w:tc>
        <w:tc>
          <w:tcPr>
            <w:tcW w:w="2550" w:type="dxa"/>
          </w:tcPr>
          <w:p w14:paraId="64EA9511" w14:textId="77777777" w:rsidR="000540CB" w:rsidRDefault="00000000">
            <w:pPr>
              <w:jc w:val="center"/>
            </w:pPr>
            <w:r>
              <w:rPr>
                <w:sz w:val="22"/>
              </w:rPr>
              <w:t>☐</w:t>
            </w:r>
          </w:p>
        </w:tc>
        <w:tc>
          <w:tcPr>
            <w:tcW w:w="2550" w:type="dxa"/>
          </w:tcPr>
          <w:p w14:paraId="16659B8C" w14:textId="77777777" w:rsidR="000540CB" w:rsidRDefault="00000000">
            <w:pPr>
              <w:jc w:val="center"/>
            </w:pPr>
            <w:r>
              <w:rPr>
                <w:sz w:val="22"/>
              </w:rPr>
              <w:t>☐</w:t>
            </w:r>
          </w:p>
        </w:tc>
        <w:tc>
          <w:tcPr>
            <w:tcW w:w="2550" w:type="dxa"/>
          </w:tcPr>
          <w:p w14:paraId="530D12B0" w14:textId="77777777" w:rsidR="000540CB" w:rsidRDefault="000540CB"/>
        </w:tc>
      </w:tr>
      <w:tr w:rsidR="000540CB" w14:paraId="01B591BE" w14:textId="77777777">
        <w:trPr>
          <w:cantSplit/>
          <w:jc w:val="center"/>
        </w:trPr>
        <w:tc>
          <w:tcPr>
            <w:tcW w:w="2550" w:type="dxa"/>
          </w:tcPr>
          <w:p w14:paraId="179DD63D" w14:textId="77777777" w:rsidR="000540CB" w:rsidRDefault="00000000">
            <w:r>
              <w:rPr>
                <w:sz w:val="17"/>
              </w:rPr>
              <w:t>Gasledning, misstänkt gasledning, plombering, kapning eller borttagning.</w:t>
            </w:r>
          </w:p>
        </w:tc>
        <w:tc>
          <w:tcPr>
            <w:tcW w:w="2550" w:type="dxa"/>
          </w:tcPr>
          <w:p w14:paraId="1D30A812" w14:textId="77777777" w:rsidR="000540CB" w:rsidRDefault="00000000">
            <w:pPr>
              <w:jc w:val="center"/>
            </w:pPr>
            <w:r>
              <w:rPr>
                <w:sz w:val="22"/>
              </w:rPr>
              <w:t>☐</w:t>
            </w:r>
          </w:p>
        </w:tc>
        <w:tc>
          <w:tcPr>
            <w:tcW w:w="2550" w:type="dxa"/>
          </w:tcPr>
          <w:p w14:paraId="6EAC8012" w14:textId="77777777" w:rsidR="000540CB" w:rsidRDefault="00000000">
            <w:pPr>
              <w:jc w:val="center"/>
            </w:pPr>
            <w:r>
              <w:rPr>
                <w:sz w:val="22"/>
              </w:rPr>
              <w:t>☐</w:t>
            </w:r>
          </w:p>
        </w:tc>
        <w:tc>
          <w:tcPr>
            <w:tcW w:w="2550" w:type="dxa"/>
          </w:tcPr>
          <w:p w14:paraId="6ABA21F5" w14:textId="77777777" w:rsidR="000540CB" w:rsidRDefault="000540CB"/>
        </w:tc>
      </w:tr>
      <w:tr w:rsidR="000540CB" w14:paraId="7AA1798A" w14:textId="77777777">
        <w:trPr>
          <w:cantSplit/>
          <w:jc w:val="center"/>
        </w:trPr>
        <w:tc>
          <w:tcPr>
            <w:tcW w:w="2550" w:type="dxa"/>
          </w:tcPr>
          <w:p w14:paraId="2DA4E26B" w14:textId="77777777" w:rsidR="000540CB" w:rsidRDefault="00000000">
            <w:r>
              <w:rPr>
                <w:sz w:val="17"/>
              </w:rPr>
              <w:t>Riskmaterial som asbest, svartlim, äldre mattor, kakelfix/fog, rörisolering, skivmaterial eller byggdamm.</w:t>
            </w:r>
          </w:p>
        </w:tc>
        <w:tc>
          <w:tcPr>
            <w:tcW w:w="2550" w:type="dxa"/>
          </w:tcPr>
          <w:p w14:paraId="298EE5C9" w14:textId="77777777" w:rsidR="000540CB" w:rsidRDefault="00000000">
            <w:pPr>
              <w:jc w:val="center"/>
            </w:pPr>
            <w:r>
              <w:rPr>
                <w:sz w:val="22"/>
              </w:rPr>
              <w:t>☐</w:t>
            </w:r>
          </w:p>
        </w:tc>
        <w:tc>
          <w:tcPr>
            <w:tcW w:w="2550" w:type="dxa"/>
          </w:tcPr>
          <w:p w14:paraId="6A12225D" w14:textId="77777777" w:rsidR="000540CB" w:rsidRDefault="00000000">
            <w:pPr>
              <w:jc w:val="center"/>
            </w:pPr>
            <w:r>
              <w:rPr>
                <w:sz w:val="22"/>
              </w:rPr>
              <w:t>☐</w:t>
            </w:r>
          </w:p>
        </w:tc>
        <w:tc>
          <w:tcPr>
            <w:tcW w:w="2550" w:type="dxa"/>
          </w:tcPr>
          <w:p w14:paraId="54BD3B86" w14:textId="77777777" w:rsidR="000540CB" w:rsidRDefault="000540CB"/>
        </w:tc>
      </w:tr>
      <w:tr w:rsidR="000540CB" w14:paraId="0038F439" w14:textId="77777777">
        <w:trPr>
          <w:cantSplit/>
          <w:jc w:val="center"/>
        </w:trPr>
        <w:tc>
          <w:tcPr>
            <w:tcW w:w="2550" w:type="dxa"/>
          </w:tcPr>
          <w:p w14:paraId="1FC0989F" w14:textId="77777777" w:rsidR="000540CB" w:rsidRDefault="00000000">
            <w:r>
              <w:rPr>
                <w:sz w:val="17"/>
              </w:rPr>
              <w:t>Byggsäck/container på gatan eller annan användning av offentlig plats.</w:t>
            </w:r>
          </w:p>
        </w:tc>
        <w:tc>
          <w:tcPr>
            <w:tcW w:w="2550" w:type="dxa"/>
          </w:tcPr>
          <w:p w14:paraId="3AABDE69" w14:textId="77777777" w:rsidR="000540CB" w:rsidRDefault="00000000">
            <w:pPr>
              <w:jc w:val="center"/>
            </w:pPr>
            <w:r>
              <w:rPr>
                <w:sz w:val="22"/>
              </w:rPr>
              <w:t>☐</w:t>
            </w:r>
          </w:p>
        </w:tc>
        <w:tc>
          <w:tcPr>
            <w:tcW w:w="2550" w:type="dxa"/>
          </w:tcPr>
          <w:p w14:paraId="6E802308" w14:textId="77777777" w:rsidR="000540CB" w:rsidRDefault="00000000">
            <w:pPr>
              <w:jc w:val="center"/>
            </w:pPr>
            <w:r>
              <w:rPr>
                <w:sz w:val="22"/>
              </w:rPr>
              <w:t>☐</w:t>
            </w:r>
          </w:p>
        </w:tc>
        <w:tc>
          <w:tcPr>
            <w:tcW w:w="2550" w:type="dxa"/>
          </w:tcPr>
          <w:p w14:paraId="44CCCF49" w14:textId="77777777" w:rsidR="000540CB" w:rsidRDefault="000540CB"/>
        </w:tc>
      </w:tr>
      <w:tr w:rsidR="000540CB" w14:paraId="30C99BAD" w14:textId="77777777">
        <w:trPr>
          <w:cantSplit/>
          <w:jc w:val="center"/>
        </w:trPr>
        <w:tc>
          <w:tcPr>
            <w:tcW w:w="2550" w:type="dxa"/>
          </w:tcPr>
          <w:p w14:paraId="23FDD3E0" w14:textId="77777777" w:rsidR="000540CB" w:rsidRDefault="00000000">
            <w:r>
              <w:rPr>
                <w:sz w:val="17"/>
              </w:rPr>
              <w:t>Arbete som kan vara störande, dammande eller påverka annan lägenhet eller gemensamma utrymmen.</w:t>
            </w:r>
          </w:p>
        </w:tc>
        <w:tc>
          <w:tcPr>
            <w:tcW w:w="2550" w:type="dxa"/>
          </w:tcPr>
          <w:p w14:paraId="5BB5EF73" w14:textId="77777777" w:rsidR="000540CB" w:rsidRDefault="00000000">
            <w:pPr>
              <w:jc w:val="center"/>
            </w:pPr>
            <w:r>
              <w:rPr>
                <w:sz w:val="22"/>
              </w:rPr>
              <w:t>☐</w:t>
            </w:r>
          </w:p>
        </w:tc>
        <w:tc>
          <w:tcPr>
            <w:tcW w:w="2550" w:type="dxa"/>
          </w:tcPr>
          <w:p w14:paraId="6DAFE40B" w14:textId="77777777" w:rsidR="000540CB" w:rsidRDefault="00000000">
            <w:pPr>
              <w:jc w:val="center"/>
            </w:pPr>
            <w:r>
              <w:rPr>
                <w:sz w:val="22"/>
              </w:rPr>
              <w:t>☐</w:t>
            </w:r>
          </w:p>
        </w:tc>
        <w:tc>
          <w:tcPr>
            <w:tcW w:w="2550" w:type="dxa"/>
          </w:tcPr>
          <w:p w14:paraId="0FCC6EF6" w14:textId="77777777" w:rsidR="000540CB" w:rsidRDefault="000540CB"/>
        </w:tc>
      </w:tr>
    </w:tbl>
    <w:p w14:paraId="4165FA30" w14:textId="77777777" w:rsidR="000540CB" w:rsidRDefault="000540CB">
      <w:pPr>
        <w:spacing w:after="80"/>
      </w:pPr>
    </w:p>
    <w:p w14:paraId="003BE213" w14:textId="77777777" w:rsidR="000540CB" w:rsidRDefault="00000000">
      <w:pPr>
        <w:pStyle w:val="Rubrik1"/>
        <w:spacing w:before="160" w:after="80"/>
      </w:pPr>
      <w:r>
        <w:t>3. Handlingar som ska skickas in innan arbetet startar</w:t>
      </w:r>
    </w:p>
    <w:p w14:paraId="145CB631" w14:textId="77777777" w:rsidR="000540CB" w:rsidRDefault="00000000">
      <w:pPr>
        <w:pStyle w:val="Rubrik2"/>
        <w:spacing w:before="160" w:after="80"/>
      </w:pPr>
      <w:r>
        <w:t>3.1 Allmänt underlag</w:t>
      </w:r>
    </w:p>
    <w:p w14:paraId="43C62DA0" w14:textId="77777777" w:rsidR="000540CB" w:rsidRDefault="00000000">
      <w:pPr>
        <w:pStyle w:val="Liststycke"/>
        <w:ind w:left="0"/>
      </w:pPr>
      <w:r>
        <w:t>☐ Kort renoveringsbeskrivning: vad ska göras, i vilka rum och varför.</w:t>
      </w:r>
    </w:p>
    <w:p w14:paraId="24D12155" w14:textId="77777777" w:rsidR="000540CB" w:rsidRDefault="00000000">
      <w:pPr>
        <w:pStyle w:val="Liststycke"/>
        <w:ind w:left="0"/>
      </w:pPr>
      <w:r>
        <w:t>☐ Planritning före och efter, med berörda väggar, stammar, schakt, ventilation och våtrum markerade.</w:t>
      </w:r>
    </w:p>
    <w:p w14:paraId="05F88D81" w14:textId="77777777" w:rsidR="000540CB" w:rsidRDefault="00000000">
      <w:pPr>
        <w:pStyle w:val="Liststycke"/>
        <w:ind w:left="0"/>
      </w:pPr>
      <w:r>
        <w:t>☐ Rumsvis lista över alla arbeten: rivning, bygg, VVS, ventilation, el, våtrum, snickeri, målning och golv.</w:t>
      </w:r>
    </w:p>
    <w:p w14:paraId="2B593640" w14:textId="77777777" w:rsidR="000540CB" w:rsidRDefault="00000000">
      <w:pPr>
        <w:pStyle w:val="Liststycke"/>
        <w:ind w:left="0"/>
      </w:pPr>
      <w:r>
        <w:t>☐ Tidsplan med start/slut, bullriga moment och eventuella vattenavstängningar.</w:t>
      </w:r>
    </w:p>
    <w:p w14:paraId="18830B6C" w14:textId="77777777" w:rsidR="000540CB" w:rsidRDefault="00000000">
      <w:pPr>
        <w:pStyle w:val="Liststycke"/>
        <w:ind w:left="0"/>
      </w:pPr>
      <w:r>
        <w:t>☐ Förteckning över alla entreprenörer/hantverkare med organisationsnummer, kontaktperson och arbetsområde.</w:t>
      </w:r>
    </w:p>
    <w:p w14:paraId="7659DD5C" w14:textId="77777777" w:rsidR="000540CB" w:rsidRDefault="00000000">
      <w:pPr>
        <w:pStyle w:val="Liststycke"/>
        <w:ind w:left="0"/>
      </w:pPr>
      <w:r>
        <w:t>☐ Försäkringsbevis för entreprenörer samt relevanta certifikat, behörigheter och intyg.</w:t>
      </w:r>
    </w:p>
    <w:p w14:paraId="708E1C4A" w14:textId="77777777" w:rsidR="000540CB" w:rsidRDefault="00000000">
      <w:pPr>
        <w:pStyle w:val="Liststycke"/>
        <w:ind w:left="0"/>
      </w:pPr>
      <w:r>
        <w:t>☐ Plan för skydd av trapphus, entré och gemensamma ytor vid transporter.</w:t>
      </w:r>
    </w:p>
    <w:p w14:paraId="16E0251E" w14:textId="77777777" w:rsidR="000540CB" w:rsidRDefault="00000000">
      <w:pPr>
        <w:pStyle w:val="Liststycke"/>
        <w:ind w:left="0"/>
      </w:pPr>
      <w:r>
        <w:t>☐ Plan för byggavfall, byggsäck/container, tillstånd och bortforsling.</w:t>
      </w:r>
    </w:p>
    <w:p w14:paraId="2FFCA878" w14:textId="77777777" w:rsidR="000540CB" w:rsidRDefault="00000000">
      <w:pPr>
        <w:pStyle w:val="Liststycke"/>
        <w:ind w:left="0"/>
      </w:pPr>
      <w:r>
        <w:t>☐ Kontaktlapp till trapphuset med ansvarig person och telefonnummer.</w:t>
      </w:r>
    </w:p>
    <w:p w14:paraId="0AD7E2C2" w14:textId="77777777" w:rsidR="000540CB" w:rsidRDefault="00000000">
      <w:pPr>
        <w:pStyle w:val="Rubrik2"/>
        <w:spacing w:before="160" w:after="80"/>
      </w:pPr>
      <w:r>
        <w:lastRenderedPageBreak/>
        <w:t>3.2 Myndighetsbesked</w:t>
      </w:r>
    </w:p>
    <w:p w14:paraId="1722D3D1" w14:textId="77777777" w:rsidR="000540CB" w:rsidRDefault="00000000">
      <w:pPr>
        <w:pStyle w:val="Liststycke"/>
        <w:ind w:left="0"/>
      </w:pPr>
      <w:r>
        <w:t>☐ Jag har utrett om åtgärden kräver bygglov, anmälan eller startbesked.</w:t>
      </w:r>
    </w:p>
    <w:p w14:paraId="2E24BA44" w14:textId="77777777" w:rsidR="000540CB" w:rsidRDefault="00000000">
      <w:pPr>
        <w:pStyle w:val="Liststycke"/>
        <w:ind w:left="0"/>
      </w:pPr>
      <w:r>
        <w:t>☐ Om anmälan/startbesked krävs: diarienummer och startbesked bifogas innan arbete påbörjas.</w:t>
      </w:r>
    </w:p>
    <w:p w14:paraId="520A852A" w14:textId="77777777" w:rsidR="000540CB" w:rsidRDefault="00000000">
      <w:pPr>
        <w:pStyle w:val="Liststycke"/>
        <w:ind w:left="0"/>
      </w:pPr>
      <w:r>
        <w:t>☐ Om kontrollansvarig krävs: namn, certifiering och kontaktuppgifter bifogas.</w:t>
      </w:r>
    </w:p>
    <w:p w14:paraId="78A37A84" w14:textId="77777777" w:rsidR="000540CB" w:rsidRDefault="00000000">
      <w:pPr>
        <w:pStyle w:val="Liststycke"/>
        <w:ind w:left="0"/>
      </w:pPr>
      <w:r>
        <w:t>☐ Om åtgärden påverkar bärande konstruktion, ventilation, vatten/avlopp eller brandskydd: myndighetsfrågan är särskilt kontrollerad.</w:t>
      </w:r>
    </w:p>
    <w:p w14:paraId="32A00720" w14:textId="77777777" w:rsidR="000540CB" w:rsidRDefault="00000000">
      <w:pPr>
        <w:pStyle w:val="Rubrik1"/>
        <w:spacing w:before="160" w:after="80"/>
      </w:pPr>
      <w:r>
        <w:t>4. Särskilda underlag per område</w:t>
      </w:r>
    </w:p>
    <w:p w14:paraId="403E2321" w14:textId="77777777" w:rsidR="000540CB" w:rsidRDefault="00000000">
      <w:pPr>
        <w:pStyle w:val="Rubrik2"/>
        <w:spacing w:before="160" w:after="80"/>
      </w:pPr>
      <w:r>
        <w:t>4.1 Bärande konstruktion, bjälklag och murverk</w:t>
      </w:r>
    </w:p>
    <w:p w14:paraId="2AD66DED" w14:textId="77777777" w:rsidR="000540CB" w:rsidRDefault="00000000">
      <w:pPr>
        <w:pStyle w:val="Liststycke"/>
        <w:ind w:left="0"/>
      </w:pPr>
      <w:r>
        <w:t>☐ Konstruktör har bedömt om berörd vägg/golv/tak/bjälklag är bärande eller stabiliserande.</w:t>
      </w:r>
    </w:p>
    <w:p w14:paraId="7F43D4C4" w14:textId="77777777" w:rsidR="000540CB" w:rsidRDefault="00000000">
      <w:pPr>
        <w:pStyle w:val="Liststycke"/>
        <w:ind w:left="0"/>
      </w:pPr>
      <w:r>
        <w:t>☐ Konstruktörsutlåtande bifogas innan rivning, spårning, håltagning eller annan påverkan sker.</w:t>
      </w:r>
    </w:p>
    <w:p w14:paraId="684661D4" w14:textId="77777777" w:rsidR="000540CB" w:rsidRDefault="00000000">
      <w:pPr>
        <w:pStyle w:val="Liststycke"/>
        <w:ind w:left="0"/>
      </w:pPr>
      <w:r>
        <w:t>☐ Vid murad vägg/murverk ska bedömningen omfatta relevanta delar av EKS och Eurokod 6 / SS-EN 1996.</w:t>
      </w:r>
    </w:p>
    <w:p w14:paraId="6F24012B" w14:textId="77777777" w:rsidR="000540CB" w:rsidRDefault="00000000">
      <w:pPr>
        <w:pStyle w:val="Liststycke"/>
        <w:ind w:left="0"/>
      </w:pPr>
      <w:r>
        <w:t>☐ Handlingarna visar arbetsordning, eventuell stämpning, avväxling, upplag, infästning och kontrollpunkter.</w:t>
      </w:r>
    </w:p>
    <w:p w14:paraId="534DB1D3" w14:textId="77777777" w:rsidR="000540CB" w:rsidRDefault="00000000">
      <w:pPr>
        <w:pStyle w:val="Liststycke"/>
        <w:ind w:left="0"/>
      </w:pPr>
      <w:r>
        <w:t>☐ Om bärande konstruktion påverkas bifogas anmälan/startbesked där sådant krävs.</w:t>
      </w:r>
    </w:p>
    <w:p w14:paraId="66ABD85F" w14:textId="77777777" w:rsidR="000540CB" w:rsidRDefault="00000000">
      <w:pPr>
        <w:pStyle w:val="Liststycke"/>
        <w:ind w:left="0"/>
      </w:pPr>
      <w:r>
        <w:t>☐ Inga bärande eller oklara konstruktioner bearbetas innan styrelsen lämnat skriftligt tillstånd.</w:t>
      </w:r>
    </w:p>
    <w:p w14:paraId="6998A3DA" w14:textId="77777777" w:rsidR="000540CB" w:rsidRDefault="00000000">
      <w:pPr>
        <w:pStyle w:val="Rubrik2"/>
        <w:spacing w:before="160" w:after="80"/>
      </w:pPr>
      <w:r>
        <w:t>4.2 VVS, stammar, avstickare och vatten</w:t>
      </w:r>
    </w:p>
    <w:p w14:paraId="1FD2DF41" w14:textId="77777777" w:rsidR="000540CB" w:rsidRDefault="00000000">
      <w:pPr>
        <w:pStyle w:val="Liststycke"/>
        <w:ind w:left="0"/>
      </w:pPr>
      <w:r>
        <w:t>☐ VVS-ritning eller teknisk beskrivning bifogas för alla nya/flyttade anslutningar.</w:t>
      </w:r>
    </w:p>
    <w:p w14:paraId="77CB7A28" w14:textId="77777777" w:rsidR="000540CB" w:rsidRDefault="00000000">
      <w:pPr>
        <w:pStyle w:val="Liststycke"/>
        <w:ind w:left="0"/>
      </w:pPr>
      <w:r>
        <w:t>☐ Berörda stammar, avstickare, schakt och anslutningspunkter är markerade på ritning.</w:t>
      </w:r>
    </w:p>
    <w:p w14:paraId="541A3D8D" w14:textId="77777777" w:rsidR="000540CB" w:rsidRDefault="00000000">
      <w:pPr>
        <w:pStyle w:val="Liststycke"/>
        <w:ind w:left="0"/>
      </w:pPr>
      <w:r>
        <w:t>☐ Arbetet utförs enligt gällande branschregler, exempelvis Säker Vatteninstallation där tillämpligt.</w:t>
      </w:r>
    </w:p>
    <w:p w14:paraId="0DB82F28" w14:textId="77777777" w:rsidR="000540CB" w:rsidRDefault="00000000">
      <w:pPr>
        <w:pStyle w:val="Liststycke"/>
        <w:ind w:left="0"/>
      </w:pPr>
      <w:r>
        <w:t>☐ Entreprenörens auktorisation/behörighet, ansvarsförsäkring och kontaktperson bifogas.</w:t>
      </w:r>
    </w:p>
    <w:p w14:paraId="6DF5B857" w14:textId="77777777" w:rsidR="000540CB" w:rsidRDefault="00000000">
      <w:pPr>
        <w:pStyle w:val="Liststycke"/>
        <w:ind w:left="0"/>
      </w:pPr>
      <w:r>
        <w:t>☐ Läckageskydd, avstängningsmöjlighet och åtkomst för service redovisas.</w:t>
      </w:r>
    </w:p>
    <w:p w14:paraId="06ADE542" w14:textId="77777777" w:rsidR="000540CB" w:rsidRDefault="00000000">
      <w:pPr>
        <w:pStyle w:val="Liststycke"/>
        <w:ind w:left="0"/>
      </w:pPr>
      <w:r>
        <w:t>☐ Säkert Vattenskåp eller annan läckagesäker lösning redovisas. Om föreslagen lösning avviker från föreningens riktlinje ska skälet anges och godkännas av styrelsen.</w:t>
      </w:r>
    </w:p>
    <w:p w14:paraId="5840CDFF" w14:textId="77777777" w:rsidR="000540CB" w:rsidRDefault="00000000">
      <w:pPr>
        <w:pStyle w:val="Liststycke"/>
        <w:ind w:left="0"/>
      </w:pPr>
      <w:r>
        <w:t>☐ Inga ingrepp görs i föreningens stammar, avstickare eller schakt utan skriftligt tillstånd.</w:t>
      </w:r>
    </w:p>
    <w:p w14:paraId="492B923E" w14:textId="77777777" w:rsidR="000540CB" w:rsidRDefault="00000000">
      <w:pPr>
        <w:pStyle w:val="Liststycke"/>
        <w:ind w:left="0"/>
      </w:pPr>
      <w:r>
        <w:t>☐ Dolda rördragningar fotograferas innan de byggs in.</w:t>
      </w:r>
    </w:p>
    <w:p w14:paraId="27962FDD" w14:textId="77777777" w:rsidR="000540CB" w:rsidRDefault="00000000">
      <w:pPr>
        <w:pStyle w:val="Rubrik2"/>
        <w:spacing w:before="160" w:after="80"/>
      </w:pPr>
      <w:r>
        <w:t>4.3 Våtrum och kök</w:t>
      </w:r>
    </w:p>
    <w:p w14:paraId="47B6F4DF" w14:textId="77777777" w:rsidR="000540CB" w:rsidRDefault="00000000">
      <w:pPr>
        <w:pStyle w:val="Liststycke"/>
        <w:ind w:left="0"/>
      </w:pPr>
      <w:r>
        <w:t>☐ Planritning visar placering av golvbrunn, WC, dusch/bad, handfat, tvätt, diskmaskin och anslutningar.</w:t>
      </w:r>
    </w:p>
    <w:p w14:paraId="50DCE2B5" w14:textId="77777777" w:rsidR="000540CB" w:rsidRDefault="00000000">
      <w:pPr>
        <w:pStyle w:val="Liststycke"/>
        <w:ind w:left="0"/>
      </w:pPr>
      <w:r>
        <w:t>☐ Tätskiktslösning, brunnsanslutning, fall, material och entreprenör redovisas.</w:t>
      </w:r>
    </w:p>
    <w:p w14:paraId="44F20F79" w14:textId="77777777" w:rsidR="000540CB" w:rsidRDefault="00000000">
      <w:pPr>
        <w:pStyle w:val="Liststycke"/>
        <w:ind w:left="0"/>
      </w:pPr>
      <w:r>
        <w:t>☐ Arbetet utförs enligt relevant branschregel, exempelvis BBV/GVK för tätskikt och Säker Vatten för VVS där tillämpligt.</w:t>
      </w:r>
    </w:p>
    <w:p w14:paraId="15486702" w14:textId="77777777" w:rsidR="000540CB" w:rsidRDefault="00000000">
      <w:pPr>
        <w:pStyle w:val="Liststycke"/>
        <w:ind w:left="0"/>
      </w:pPr>
      <w:r>
        <w:t>☐ Oberoende tätskiktsbesiktning bokas innan tätskiktet täcks över, enligt föreningens rutin.</w:t>
      </w:r>
    </w:p>
    <w:p w14:paraId="15A4673C" w14:textId="77777777" w:rsidR="000540CB" w:rsidRDefault="00000000">
      <w:pPr>
        <w:pStyle w:val="Liststycke"/>
        <w:ind w:left="0"/>
      </w:pPr>
      <w:r>
        <w:t>☐ Medlem/entreprenör accepterar att ombesiktning eller merkostnader på grund av brister bekostas av medlem/entreprenör enligt överenskommelse och ansvarsfördelning.</w:t>
      </w:r>
    </w:p>
    <w:p w14:paraId="5F19226A" w14:textId="77777777" w:rsidR="000540CB" w:rsidRDefault="00000000">
      <w:pPr>
        <w:pStyle w:val="Liststycke"/>
        <w:ind w:left="0"/>
      </w:pPr>
      <w:r>
        <w:t>☐ Kök eller våtrum får inte flyttas eller anslutas till annan stam utan styrelsens skriftliga tillstånd.</w:t>
      </w:r>
    </w:p>
    <w:p w14:paraId="624A307F" w14:textId="77777777" w:rsidR="000540CB" w:rsidRDefault="00000000">
      <w:pPr>
        <w:pStyle w:val="Rubrik2"/>
        <w:spacing w:before="160" w:after="80"/>
      </w:pPr>
      <w:r>
        <w:t>4.4 Ventilation och imkanal</w:t>
      </w:r>
    </w:p>
    <w:p w14:paraId="533358DE" w14:textId="77777777" w:rsidR="000540CB" w:rsidRDefault="00000000">
      <w:pPr>
        <w:pStyle w:val="Liststycke"/>
        <w:ind w:left="0"/>
      </w:pPr>
      <w:r>
        <w:t>☐ Ventilation, frånluftsdon, köksfläkt, imkanal och kanaldimensioner redovisas innan arbete påbörjas.</w:t>
      </w:r>
    </w:p>
    <w:p w14:paraId="73E52997" w14:textId="77777777" w:rsidR="000540CB" w:rsidRDefault="00000000">
      <w:pPr>
        <w:pStyle w:val="Liststycke"/>
        <w:ind w:left="0"/>
      </w:pPr>
      <w:r>
        <w:t>☐ Endast ventilationsdon avsedda för husets ventilationssystem används. I självdragshus ska don och lösning vara anpassade för självdrag.</w:t>
      </w:r>
    </w:p>
    <w:p w14:paraId="39798A1B" w14:textId="77777777" w:rsidR="000540CB" w:rsidRDefault="00000000">
      <w:pPr>
        <w:pStyle w:val="Liststycke"/>
        <w:ind w:left="0"/>
      </w:pPr>
      <w:r>
        <w:t>☐ Kanaldragning i kök och våtrum får inte minska funktionen i husets ursprungliga ventilation.</w:t>
      </w:r>
    </w:p>
    <w:p w14:paraId="06B3F837" w14:textId="77777777" w:rsidR="000540CB" w:rsidRDefault="00000000">
      <w:pPr>
        <w:pStyle w:val="Liststycke"/>
        <w:ind w:left="0"/>
      </w:pPr>
      <w:r>
        <w:t>☐ Bilder på frånluftsdon samt mått på kanaldimension i mm bifogas.</w:t>
      </w:r>
    </w:p>
    <w:p w14:paraId="4146179E" w14:textId="77777777" w:rsidR="000540CB" w:rsidRDefault="00000000">
      <w:pPr>
        <w:pStyle w:val="Liststycke"/>
        <w:ind w:left="0"/>
      </w:pPr>
      <w:r>
        <w:t>☐ Mekanisk fläkt, kolfilterfläkt med påverkan på kanal, eller väsentlig ändring av ventilation kräver särskilt godkännande och kan kräva anmälan/startbesked.</w:t>
      </w:r>
    </w:p>
    <w:p w14:paraId="3904E6BC" w14:textId="77777777" w:rsidR="000540CB" w:rsidRDefault="00000000">
      <w:pPr>
        <w:pStyle w:val="Liststycke"/>
        <w:ind w:left="0"/>
      </w:pPr>
      <w:r>
        <w:lastRenderedPageBreak/>
        <w:t>☐ Lösningen ska inte riskera matos, fukt eller luftflöden till andra lägenheter.</w:t>
      </w:r>
    </w:p>
    <w:p w14:paraId="0C148813" w14:textId="77777777" w:rsidR="000540CB" w:rsidRDefault="00000000">
      <w:pPr>
        <w:pStyle w:val="Rubrik2"/>
        <w:spacing w:before="160" w:after="80"/>
      </w:pPr>
      <w:r>
        <w:t>4.5 El</w:t>
      </w:r>
    </w:p>
    <w:p w14:paraId="0AB50936" w14:textId="77777777" w:rsidR="000540CB" w:rsidRDefault="00000000">
      <w:pPr>
        <w:pStyle w:val="Liststycke"/>
        <w:ind w:left="0"/>
      </w:pPr>
      <w:r>
        <w:t>☐ Elinstallationsföretaget är registrerat hos Elsäkerhetsverket för den typ av arbete som ska utföras.</w:t>
      </w:r>
    </w:p>
    <w:p w14:paraId="5E2F1AF5" w14:textId="77777777" w:rsidR="000540CB" w:rsidRDefault="00000000">
      <w:pPr>
        <w:pStyle w:val="Liststycke"/>
        <w:ind w:left="0"/>
      </w:pPr>
      <w:r>
        <w:t>☐ Företaget har egenkontrollprogram och behörig ansvarig person enligt gällande regler.</w:t>
      </w:r>
    </w:p>
    <w:p w14:paraId="502A07A3" w14:textId="77777777" w:rsidR="000540CB" w:rsidRDefault="00000000">
      <w:pPr>
        <w:pStyle w:val="Liststycke"/>
        <w:ind w:left="0"/>
      </w:pPr>
      <w:r>
        <w:t>☐ Kort beskrivning av elarbetets omfattning bifogas, inklusive nya dragningar i väggar/tak/sänkta tak.</w:t>
      </w:r>
    </w:p>
    <w:p w14:paraId="7773E1DC" w14:textId="77777777" w:rsidR="000540CB" w:rsidRDefault="00000000">
      <w:pPr>
        <w:pStyle w:val="Liststycke"/>
        <w:ind w:left="0"/>
      </w:pPr>
      <w:r>
        <w:t>☐ Intyg/egenkontroll lämnas efter utfört arbete.</w:t>
      </w:r>
    </w:p>
    <w:p w14:paraId="33ACB979" w14:textId="77777777" w:rsidR="000540CB" w:rsidRDefault="00000000">
      <w:pPr>
        <w:pStyle w:val="Rubrik2"/>
        <w:spacing w:before="160" w:after="80"/>
      </w:pPr>
      <w:r>
        <w:t>4.6 Gasledningar</w:t>
      </w:r>
    </w:p>
    <w:p w14:paraId="045416E0" w14:textId="77777777" w:rsidR="000540CB" w:rsidRDefault="00000000">
      <w:pPr>
        <w:pStyle w:val="Liststycke"/>
        <w:ind w:left="0"/>
      </w:pPr>
      <w:r>
        <w:t>☐ Alla synliga eller misstänkta gasledningar redovisas innan de berörs.</w:t>
      </w:r>
    </w:p>
    <w:p w14:paraId="28FE4088" w14:textId="77777777" w:rsidR="000540CB" w:rsidRDefault="00000000">
      <w:pPr>
        <w:pStyle w:val="Liststycke"/>
        <w:ind w:left="0"/>
      </w:pPr>
      <w:r>
        <w:t>☐ Ingen gasledning får tas bort, kapas, flyttas, plomberas, byggas in eller påverkas utan styrelsens skriftliga tillstånd.</w:t>
      </w:r>
    </w:p>
    <w:p w14:paraId="3CFE5AE0" w14:textId="77777777" w:rsidR="000540CB" w:rsidRDefault="00000000">
      <w:pPr>
        <w:pStyle w:val="Liststycke"/>
        <w:ind w:left="0"/>
      </w:pPr>
      <w:r>
        <w:t>☐ Arbete med gasledning utförs av behörig person hos auktoriserad gasinstallationsfirma.</w:t>
      </w:r>
    </w:p>
    <w:p w14:paraId="04F1296E" w14:textId="77777777" w:rsidR="000540CB" w:rsidRDefault="00000000">
      <w:pPr>
        <w:pStyle w:val="Liststycke"/>
        <w:ind w:left="0"/>
      </w:pPr>
      <w:r>
        <w:t>☐ Auktorisation, behörig utförare, försäkring, arbetsbeskrivning och intyg efter utfört arbete bifogas.</w:t>
      </w:r>
    </w:p>
    <w:p w14:paraId="32CF2393" w14:textId="77777777" w:rsidR="000540CB" w:rsidRDefault="00000000">
      <w:pPr>
        <w:pStyle w:val="Rubrik2"/>
        <w:spacing w:before="160" w:after="80"/>
      </w:pPr>
      <w:r>
        <w:t>4.7 Brandskydd, schakt och genomföringar</w:t>
      </w:r>
    </w:p>
    <w:p w14:paraId="4F94843C" w14:textId="77777777" w:rsidR="000540CB" w:rsidRDefault="00000000">
      <w:pPr>
        <w:pStyle w:val="Liststycke"/>
        <w:ind w:left="0"/>
      </w:pPr>
      <w:r>
        <w:t>☐ Alla nya eller befintliga genomföringar i bjälklag, schakt, väggar och tak redovisas.</w:t>
      </w:r>
    </w:p>
    <w:p w14:paraId="0FA1D6BB" w14:textId="77777777" w:rsidR="000540CB" w:rsidRDefault="00000000">
      <w:pPr>
        <w:pStyle w:val="Liststycke"/>
        <w:ind w:left="0"/>
      </w:pPr>
      <w:r>
        <w:t>☐ Brandcellsgränser och brandtätningar får inte påverkas utan dokumenterad bedömning och godkänd återställning.</w:t>
      </w:r>
    </w:p>
    <w:p w14:paraId="4EB76ABF" w14:textId="77777777" w:rsidR="000540CB" w:rsidRDefault="00000000">
      <w:pPr>
        <w:pStyle w:val="Liststycke"/>
        <w:ind w:left="0"/>
      </w:pPr>
      <w:r>
        <w:t>☐ Schakt, genomföringar, sänkta tak och öppnade byggnadsdelar får inte byggas igen innan nödvändig dokumentation/fotografering är klar.</w:t>
      </w:r>
    </w:p>
    <w:p w14:paraId="6D86FEAC" w14:textId="77777777" w:rsidR="000540CB" w:rsidRDefault="00000000">
      <w:pPr>
        <w:pStyle w:val="Liststycke"/>
        <w:ind w:left="0"/>
      </w:pPr>
      <w:r>
        <w:t>☐ Vald brandtätning, material och ansvarig entreprenör redovisas där brandtätning berörs.</w:t>
      </w:r>
    </w:p>
    <w:p w14:paraId="6EE4EBCA" w14:textId="77777777" w:rsidR="000540CB" w:rsidRDefault="00000000">
      <w:pPr>
        <w:pStyle w:val="Rubrik2"/>
        <w:spacing w:before="160" w:after="80"/>
      </w:pPr>
      <w:r>
        <w:t>4.8 Asbest och annat hälsofarligt material</w:t>
      </w:r>
    </w:p>
    <w:p w14:paraId="5F36A662" w14:textId="77777777" w:rsidR="000540CB" w:rsidRDefault="00000000">
      <w:pPr>
        <w:pStyle w:val="Liststycke"/>
        <w:ind w:left="0"/>
      </w:pPr>
      <w:r>
        <w:t>☐ Asbestrisk har bedömts innan rivning, slipning, borrning, håltagning, skrapning eller dammande arbete påbörjas.</w:t>
      </w:r>
    </w:p>
    <w:p w14:paraId="4E99DD22" w14:textId="77777777" w:rsidR="000540CB" w:rsidRDefault="00000000">
      <w:pPr>
        <w:pStyle w:val="Liststycke"/>
        <w:ind w:left="0"/>
      </w:pPr>
      <w:r>
        <w:t>☐ Riskmaterial som mattor, mattlim/svartlim, kakelfix, fog, rörisolering, skivor, äldre kanaler och byggdamm är särskilt kontrollerade där de berörs.</w:t>
      </w:r>
    </w:p>
    <w:p w14:paraId="7FC551E4" w14:textId="77777777" w:rsidR="000540CB" w:rsidRDefault="00000000">
      <w:pPr>
        <w:pStyle w:val="Liststycke"/>
        <w:ind w:left="0"/>
      </w:pPr>
      <w:r>
        <w:t>☐ Om asbest inte säkert kan uteslutas finns provsvar/analysrapport från ackrediterat laboratorium.</w:t>
      </w:r>
    </w:p>
    <w:p w14:paraId="4FE39149" w14:textId="77777777" w:rsidR="000540CB" w:rsidRDefault="00000000">
      <w:pPr>
        <w:pStyle w:val="Liststycke"/>
        <w:ind w:left="0"/>
      </w:pPr>
      <w:r>
        <w:t>☐ Inget arbete som kan riva upp eller sprida misstänkt damm utförs innan provsvar finns.</w:t>
      </w:r>
    </w:p>
    <w:p w14:paraId="6849884A" w14:textId="77777777" w:rsidR="000540CB" w:rsidRDefault="00000000">
      <w:pPr>
        <w:pStyle w:val="Liststycke"/>
        <w:ind w:left="0"/>
      </w:pPr>
      <w:r>
        <w:t>☐ Om asbest påträffas hanteras fortsatt arbete av aktör med nödvändigt tillstånd, utbildning, skyddsåtgärder och dokumentation.</w:t>
      </w:r>
    </w:p>
    <w:p w14:paraId="67FE78DD" w14:textId="77777777" w:rsidR="000540CB" w:rsidRDefault="00000000">
      <w:pPr>
        <w:pStyle w:val="Rubrik1"/>
        <w:spacing w:before="160" w:after="80"/>
      </w:pPr>
      <w:r>
        <w:t>5. Regler under renoveringen</w:t>
      </w:r>
    </w:p>
    <w:p w14:paraId="286FAB66" w14:textId="77777777" w:rsidR="000540CB" w:rsidRDefault="00000000">
      <w:pPr>
        <w:pStyle w:val="Rubrik2"/>
        <w:spacing w:before="160" w:after="80"/>
      </w:pPr>
      <w:r>
        <w:t>5.1 Arbetstider</w:t>
      </w:r>
    </w:p>
    <w:p w14:paraId="5F0F3E38" w14:textId="77777777" w:rsidR="000540CB" w:rsidRDefault="00000000">
      <w:pPr>
        <w:pStyle w:val="Liststycke"/>
        <w:ind w:left="0"/>
      </w:pPr>
      <w:r>
        <w:t>☐ Allmänt arbete sker helgfria vardagar kl. 07.30-17.00.</w:t>
      </w:r>
    </w:p>
    <w:p w14:paraId="66D2E633" w14:textId="77777777" w:rsidR="000540CB" w:rsidRDefault="00000000">
      <w:pPr>
        <w:pStyle w:val="Liststycke"/>
        <w:ind w:left="0"/>
      </w:pPr>
      <w:r>
        <w:t>☐ Bullriga ingrepp, exempelvis bilning och borrning, sker helgfria vardagar kl. 09.00-16.00.</w:t>
      </w:r>
    </w:p>
    <w:p w14:paraId="43D61608" w14:textId="77777777" w:rsidR="000540CB" w:rsidRDefault="00000000">
      <w:pPr>
        <w:pStyle w:val="Liststycke"/>
        <w:ind w:left="0"/>
      </w:pPr>
      <w:r>
        <w:t>☐ Tysta arbeten, exempelvis målning, får ske kl. 06.00-19.00 om de inte stör andra boende.</w:t>
      </w:r>
    </w:p>
    <w:p w14:paraId="07181324" w14:textId="77777777" w:rsidR="000540CB" w:rsidRDefault="00000000">
      <w:pPr>
        <w:pStyle w:val="Liststycke"/>
        <w:ind w:left="0"/>
      </w:pPr>
      <w:r>
        <w:t>☐ Avvikelser från tiderna stäms av med styrelsen i förväg.</w:t>
      </w:r>
    </w:p>
    <w:p w14:paraId="41A30493" w14:textId="77777777" w:rsidR="000540CB" w:rsidRDefault="00000000">
      <w:pPr>
        <w:pStyle w:val="Rubrik2"/>
        <w:spacing w:before="160" w:after="80"/>
      </w:pPr>
      <w:r>
        <w:t>5.2 Trapphus, hiss, entré och transporter</w:t>
      </w:r>
    </w:p>
    <w:p w14:paraId="25F35398" w14:textId="77777777" w:rsidR="000540CB" w:rsidRDefault="00000000">
      <w:pPr>
        <w:pStyle w:val="Liststycke"/>
        <w:ind w:left="0"/>
      </w:pPr>
      <w:r>
        <w:t>☐ Hissen används inte för byggmaterial eller byggavfall utan särskilt godkännande från styrelsen.</w:t>
      </w:r>
    </w:p>
    <w:p w14:paraId="02DAC00B" w14:textId="77777777" w:rsidR="000540CB" w:rsidRDefault="00000000">
      <w:pPr>
        <w:pStyle w:val="Liststycke"/>
        <w:ind w:left="0"/>
      </w:pPr>
      <w:r>
        <w:t>☐ Trapphus, entré och gångvägar skyddas med täckpapp eller motsvarande vid transporter.</w:t>
      </w:r>
    </w:p>
    <w:p w14:paraId="1D0626F6" w14:textId="77777777" w:rsidR="000540CB" w:rsidRDefault="00000000">
      <w:pPr>
        <w:pStyle w:val="Liststycke"/>
        <w:ind w:left="0"/>
      </w:pPr>
      <w:r>
        <w:t>☐ Täckning läggs endast ut under transport och tas bort direkt efteråt. Den ska inte ligga kvar i onödan.</w:t>
      </w:r>
    </w:p>
    <w:p w14:paraId="1011715B" w14:textId="77777777" w:rsidR="000540CB" w:rsidRDefault="00000000">
      <w:pPr>
        <w:pStyle w:val="Liststycke"/>
        <w:ind w:left="0"/>
      </w:pPr>
      <w:r>
        <w:t>☐ Tejp fästs inte på målade väggar, räcken eller trappnosar. Lågadhesiv tejp används vid behov på golv.</w:t>
      </w:r>
    </w:p>
    <w:p w14:paraId="08366D34" w14:textId="77777777" w:rsidR="000540CB" w:rsidRDefault="00000000">
      <w:pPr>
        <w:pStyle w:val="Liststycke"/>
        <w:ind w:left="0"/>
      </w:pPr>
      <w:r>
        <w:t>☐ Täckning blockerar inte dörrar, trappor, knappar eller utrymningsvägar.</w:t>
      </w:r>
    </w:p>
    <w:p w14:paraId="2B081FC3" w14:textId="77777777" w:rsidR="000540CB" w:rsidRDefault="00000000">
      <w:pPr>
        <w:pStyle w:val="Liststycke"/>
        <w:ind w:left="0"/>
      </w:pPr>
      <w:r>
        <w:lastRenderedPageBreak/>
        <w:t>☐ Damm, spår och skräp i gemensamma utrymmen städas löpande och senast efter varje transport.</w:t>
      </w:r>
    </w:p>
    <w:p w14:paraId="71B73455" w14:textId="77777777" w:rsidR="000540CB" w:rsidRDefault="00000000">
      <w:pPr>
        <w:pStyle w:val="Liststycke"/>
        <w:ind w:left="0"/>
      </w:pPr>
      <w:r>
        <w:t>☐ Ytor städas och täcks av inför helg så att trapphuset är i ordnat skick.</w:t>
      </w:r>
    </w:p>
    <w:p w14:paraId="1C5F9F6F" w14:textId="77777777" w:rsidR="000540CB" w:rsidRDefault="00000000">
      <w:pPr>
        <w:pStyle w:val="Rubrik2"/>
        <w:spacing w:before="160" w:after="80"/>
      </w:pPr>
      <w:r>
        <w:t>5.3 Byggavfall och byggsäckar</w:t>
      </w:r>
    </w:p>
    <w:p w14:paraId="1B743739" w14:textId="77777777" w:rsidR="000540CB" w:rsidRDefault="00000000">
      <w:pPr>
        <w:pStyle w:val="Liststycke"/>
        <w:ind w:left="0"/>
      </w:pPr>
      <w:r>
        <w:t>☐ Byggmaterial och byggavfall förvaras inte i trapphus, entré, grovsoprum eller gemensamma utrymmen.</w:t>
      </w:r>
    </w:p>
    <w:p w14:paraId="54774DA3" w14:textId="77777777" w:rsidR="000540CB" w:rsidRDefault="00000000">
      <w:pPr>
        <w:pStyle w:val="Liststycke"/>
        <w:ind w:left="0"/>
      </w:pPr>
      <w:r>
        <w:t>☐ Byggsäck/container på offentlig plats kräver nödvändigt tillstånd innan den ställs ut.</w:t>
      </w:r>
    </w:p>
    <w:p w14:paraId="7FEA4E70" w14:textId="77777777" w:rsidR="000540CB" w:rsidRDefault="00000000">
      <w:pPr>
        <w:pStyle w:val="Liststycke"/>
        <w:ind w:left="0"/>
      </w:pPr>
      <w:r>
        <w:t>☐ Byggsäckar ställs aldrig mot fasaden och placeras så att framkomlighet, brandskydd och säkerhet inte påverkas.</w:t>
      </w:r>
    </w:p>
    <w:p w14:paraId="5AD011ED" w14:textId="77777777" w:rsidR="000540CB" w:rsidRDefault="00000000">
      <w:pPr>
        <w:pStyle w:val="Liststycke"/>
        <w:ind w:left="0"/>
      </w:pPr>
      <w:r>
        <w:t>☐ Byggsäckar märks med namn och telefonnummer till ansvarig.</w:t>
      </w:r>
    </w:p>
    <w:p w14:paraId="7B4C98DF" w14:textId="77777777" w:rsidR="000540CB" w:rsidRDefault="00000000">
      <w:pPr>
        <w:pStyle w:val="Liststycke"/>
        <w:ind w:left="0"/>
      </w:pPr>
      <w:r>
        <w:t>☐ Byggsopor som ställs utanför fastigheten fraktas bort inom 24 timmar enligt föreningens riktlinje, eller snabbare om tillstånd/villkor kräver det.</w:t>
      </w:r>
    </w:p>
    <w:p w14:paraId="449192CE" w14:textId="77777777" w:rsidR="000540CB" w:rsidRDefault="00000000">
      <w:pPr>
        <w:pStyle w:val="Liststycke"/>
        <w:ind w:left="0"/>
      </w:pPr>
      <w:r>
        <w:t>☐ Farligt avfall, exempelvis asbesthaltigt material, hanteras separat enligt gällande regler.</w:t>
      </w:r>
    </w:p>
    <w:p w14:paraId="1FB9C2FA" w14:textId="77777777" w:rsidR="000540CB" w:rsidRDefault="00000000">
      <w:pPr>
        <w:pStyle w:val="Rubrik2"/>
        <w:spacing w:before="160" w:after="80"/>
      </w:pPr>
      <w:r>
        <w:t>5.4 Förändrad omfattning under arbetet</w:t>
      </w:r>
    </w:p>
    <w:p w14:paraId="3479B801" w14:textId="77777777" w:rsidR="000540CB" w:rsidRDefault="00000000">
      <w:pPr>
        <w:pStyle w:val="Liststycke"/>
        <w:ind w:left="0"/>
      </w:pPr>
      <w:r>
        <w:t>☐ Om nya brister, dolda installationer eller ytterligare arbeten upptäcks pausas berört moment och styrelsen kontaktas innan arbetet fortsätter.</w:t>
      </w:r>
    </w:p>
    <w:p w14:paraId="3C94C745" w14:textId="77777777" w:rsidR="000540CB" w:rsidRDefault="00000000">
      <w:pPr>
        <w:pStyle w:val="Liststycke"/>
        <w:ind w:left="0"/>
      </w:pPr>
      <w:r>
        <w:t>☐ Om hantverkare föreslår ny lösning som berör föreningens egendom eller tekniska system skickas ny beskrivning till styrelsen innan utförande.</w:t>
      </w:r>
    </w:p>
    <w:p w14:paraId="32AD71CB" w14:textId="77777777" w:rsidR="000540CB" w:rsidRDefault="00000000">
      <w:pPr>
        <w:pStyle w:val="Liststycke"/>
        <w:ind w:left="0"/>
      </w:pPr>
      <w:r>
        <w:t>☐ Arbeten byggs inte igen innan nödvändig kontroll, fotografering, besiktning eller dokumentation är klar.</w:t>
      </w:r>
    </w:p>
    <w:p w14:paraId="42F3366A" w14:textId="77777777" w:rsidR="000540CB" w:rsidRDefault="00000000">
      <w:pPr>
        <w:pStyle w:val="Rubrik1"/>
        <w:spacing w:before="160" w:after="80"/>
      </w:pPr>
      <w:r>
        <w:t>6. Efter renovering - handlingar som skickas till styrelsen</w:t>
      </w:r>
    </w:p>
    <w:p w14:paraId="077B46CB" w14:textId="77777777" w:rsidR="000540CB" w:rsidRDefault="00000000">
      <w:pPr>
        <w:pStyle w:val="Liststycke"/>
        <w:ind w:left="0"/>
      </w:pPr>
      <w:r>
        <w:t>☐ Kort sammanställning av vad som faktiskt utförts och eventuella avvikelser från ansökan.</w:t>
      </w:r>
    </w:p>
    <w:p w14:paraId="1F579BC3" w14:textId="77777777" w:rsidR="000540CB" w:rsidRDefault="00000000">
      <w:pPr>
        <w:pStyle w:val="Liststycke"/>
        <w:ind w:left="0"/>
      </w:pPr>
      <w:r>
        <w:t>☐ Relationsritningar eller markerade ritningar som visar utförda ändringar.</w:t>
      </w:r>
    </w:p>
    <w:p w14:paraId="7EFF3C49" w14:textId="77777777" w:rsidR="000540CB" w:rsidRDefault="00000000">
      <w:pPr>
        <w:pStyle w:val="Liststycke"/>
        <w:ind w:left="0"/>
      </w:pPr>
      <w:r>
        <w:t>☐ Fotodokumentation av dolda installationer, rördragningar, genomföringar, schakt och brandtätningar innan igenbyggnad.</w:t>
      </w:r>
    </w:p>
    <w:p w14:paraId="20B8C26B" w14:textId="77777777" w:rsidR="000540CB" w:rsidRDefault="00000000">
      <w:pPr>
        <w:pStyle w:val="Liststycke"/>
        <w:ind w:left="0"/>
      </w:pPr>
      <w:r>
        <w:t>☐ VVS-intyg, egenkontroller och dokumentation enligt tillämpliga branschregler, exempelvis Säker Vatten.</w:t>
      </w:r>
    </w:p>
    <w:p w14:paraId="6B074D1F" w14:textId="77777777" w:rsidR="000540CB" w:rsidRDefault="00000000">
      <w:pPr>
        <w:pStyle w:val="Liststycke"/>
        <w:ind w:left="0"/>
      </w:pPr>
      <w:r>
        <w:t>☐ Kvalitetsdokument/egenkontroller för våtrum och tätskikt, exempelvis enligt BBV/GVK där tillämpligt.</w:t>
      </w:r>
    </w:p>
    <w:p w14:paraId="12269EB1" w14:textId="77777777" w:rsidR="000540CB" w:rsidRDefault="00000000">
      <w:pPr>
        <w:pStyle w:val="Liststycke"/>
        <w:ind w:left="0"/>
      </w:pPr>
      <w:r>
        <w:t>☐ Besiktningsprotokoll för tätskikt och eventuella ombesiktningar.</w:t>
      </w:r>
    </w:p>
    <w:p w14:paraId="6EA2AC83" w14:textId="77777777" w:rsidR="000540CB" w:rsidRDefault="00000000">
      <w:pPr>
        <w:pStyle w:val="Liststycke"/>
        <w:ind w:left="0"/>
      </w:pPr>
      <w:r>
        <w:t>☐ Intyg/egenkontroll för elarbeten.</w:t>
      </w:r>
    </w:p>
    <w:p w14:paraId="71C110FA" w14:textId="77777777" w:rsidR="000540CB" w:rsidRDefault="00000000">
      <w:pPr>
        <w:pStyle w:val="Liststycke"/>
        <w:ind w:left="0"/>
      </w:pPr>
      <w:r>
        <w:t>☐ Konstruktörens slutintyg där bärande konstruktion eller bjälklag berörts.</w:t>
      </w:r>
    </w:p>
    <w:p w14:paraId="16B53C89" w14:textId="77777777" w:rsidR="000540CB" w:rsidRDefault="00000000">
      <w:pPr>
        <w:pStyle w:val="Liststycke"/>
        <w:ind w:left="0"/>
      </w:pPr>
      <w:r>
        <w:t>☐ Ventilationsdokumentation, mätning eller OVK-relaterat underlag där ventilation berörts.</w:t>
      </w:r>
    </w:p>
    <w:p w14:paraId="41E01508" w14:textId="77777777" w:rsidR="000540CB" w:rsidRDefault="00000000">
      <w:pPr>
        <w:pStyle w:val="Liststycke"/>
        <w:ind w:left="0"/>
      </w:pPr>
      <w:r>
        <w:t>☐ Gasintyg/dokumentation från auktoriserad gasinstallatör där gas berörts.</w:t>
      </w:r>
    </w:p>
    <w:p w14:paraId="4C93B5C3" w14:textId="77777777" w:rsidR="000540CB" w:rsidRDefault="00000000">
      <w:pPr>
        <w:pStyle w:val="Liststycke"/>
        <w:ind w:left="0"/>
      </w:pPr>
      <w:r>
        <w:t>☐ Asbest-/miljöinventering, provsvar och saneringsdokumentation där riskmaterial berörts.</w:t>
      </w:r>
    </w:p>
    <w:p w14:paraId="59B0DC38" w14:textId="77777777" w:rsidR="000540CB" w:rsidRDefault="00000000">
      <w:pPr>
        <w:pStyle w:val="Liststycke"/>
        <w:ind w:left="0"/>
      </w:pPr>
      <w:r>
        <w:t>☐ Bekräftelse på att gemensamma utrymmen är städade och eventuella skador åtgärdade.</w:t>
      </w:r>
    </w:p>
    <w:p w14:paraId="70FD3D23" w14:textId="77777777" w:rsidR="000540CB" w:rsidRDefault="00000000">
      <w:pPr>
        <w:pStyle w:val="Rubrik1"/>
        <w:spacing w:before="160" w:after="80"/>
      </w:pPr>
      <w:r>
        <w:t>7. Medlemmens försäkran</w:t>
      </w:r>
    </w:p>
    <w:p w14:paraId="3E1F5E07" w14:textId="77777777" w:rsidR="000540CB" w:rsidRDefault="00000000">
      <w:pPr>
        <w:spacing w:after="80"/>
      </w:pPr>
      <w:r>
        <w:t>Jag intygar att uppgifterna i checklistan och bifogade handlingar är riktiga så långt jag känner till. Jag förstår att arbeten som kräver styrelsens tillstånd eller myndighetsbesked inte får starta innan skriftligt besked finns. Jag ansvarar för att anlitade entreprenörer följer lagar, branschregler, föreningens stadgar och föreningens renoveringsregler.</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50"/>
        <w:gridCol w:w="2550"/>
        <w:gridCol w:w="2550"/>
        <w:gridCol w:w="2550"/>
      </w:tblGrid>
      <w:tr w:rsidR="000540CB" w14:paraId="6F601548" w14:textId="77777777">
        <w:trPr>
          <w:jc w:val="center"/>
        </w:trPr>
        <w:tc>
          <w:tcPr>
            <w:tcW w:w="2550" w:type="dxa"/>
            <w:shd w:val="clear" w:color="auto" w:fill="F2F2F2"/>
            <w:vAlign w:val="center"/>
          </w:tcPr>
          <w:p w14:paraId="54670530" w14:textId="77777777" w:rsidR="000540CB" w:rsidRDefault="00000000">
            <w:r>
              <w:rPr>
                <w:b/>
                <w:sz w:val="18"/>
              </w:rPr>
              <w:t>Datum</w:t>
            </w:r>
          </w:p>
        </w:tc>
        <w:tc>
          <w:tcPr>
            <w:tcW w:w="2550" w:type="dxa"/>
            <w:vAlign w:val="center"/>
          </w:tcPr>
          <w:p w14:paraId="0F3EE9B1" w14:textId="77777777" w:rsidR="000540CB" w:rsidRDefault="000540CB"/>
        </w:tc>
        <w:tc>
          <w:tcPr>
            <w:tcW w:w="2550" w:type="dxa"/>
            <w:shd w:val="clear" w:color="auto" w:fill="F2F2F2"/>
            <w:vAlign w:val="center"/>
          </w:tcPr>
          <w:p w14:paraId="7B97EA50" w14:textId="77777777" w:rsidR="000540CB" w:rsidRDefault="00000000">
            <w:r>
              <w:rPr>
                <w:b/>
                <w:sz w:val="18"/>
              </w:rPr>
              <w:t>Underskrift</w:t>
            </w:r>
          </w:p>
        </w:tc>
        <w:tc>
          <w:tcPr>
            <w:tcW w:w="2550" w:type="dxa"/>
            <w:vAlign w:val="center"/>
          </w:tcPr>
          <w:p w14:paraId="0E04F60D" w14:textId="77777777" w:rsidR="000540CB" w:rsidRDefault="000540CB"/>
        </w:tc>
      </w:tr>
      <w:tr w:rsidR="000540CB" w14:paraId="4512F9E4" w14:textId="77777777">
        <w:trPr>
          <w:jc w:val="center"/>
        </w:trPr>
        <w:tc>
          <w:tcPr>
            <w:tcW w:w="2550" w:type="dxa"/>
            <w:shd w:val="clear" w:color="auto" w:fill="F2F2F2"/>
            <w:vAlign w:val="center"/>
          </w:tcPr>
          <w:p w14:paraId="541D4CB6" w14:textId="77777777" w:rsidR="000540CB" w:rsidRDefault="00000000">
            <w:r>
              <w:rPr>
                <w:b/>
                <w:sz w:val="18"/>
              </w:rPr>
              <w:t>Namnförtydligande</w:t>
            </w:r>
          </w:p>
        </w:tc>
        <w:tc>
          <w:tcPr>
            <w:tcW w:w="2550" w:type="dxa"/>
            <w:vAlign w:val="center"/>
          </w:tcPr>
          <w:p w14:paraId="0314CEFE" w14:textId="77777777" w:rsidR="000540CB" w:rsidRDefault="000540CB"/>
        </w:tc>
        <w:tc>
          <w:tcPr>
            <w:tcW w:w="2550" w:type="dxa"/>
            <w:shd w:val="clear" w:color="auto" w:fill="F2F2F2"/>
            <w:vAlign w:val="center"/>
          </w:tcPr>
          <w:p w14:paraId="505596D4" w14:textId="77777777" w:rsidR="000540CB" w:rsidRDefault="00000000">
            <w:r>
              <w:rPr>
                <w:b/>
                <w:sz w:val="18"/>
              </w:rPr>
              <w:t>Lägenhet</w:t>
            </w:r>
          </w:p>
        </w:tc>
        <w:tc>
          <w:tcPr>
            <w:tcW w:w="2550" w:type="dxa"/>
            <w:vAlign w:val="center"/>
          </w:tcPr>
          <w:p w14:paraId="7E881177" w14:textId="77777777" w:rsidR="000540CB" w:rsidRDefault="000540CB"/>
        </w:tc>
      </w:tr>
    </w:tbl>
    <w:p w14:paraId="04097CD1" w14:textId="77777777" w:rsidR="000540CB" w:rsidRDefault="000540CB">
      <w:pPr>
        <w:spacing w:after="80"/>
      </w:pPr>
    </w:p>
    <w:p w14:paraId="7B06215C" w14:textId="77777777" w:rsidR="000540CB" w:rsidRDefault="00000000">
      <w:pPr>
        <w:spacing w:after="80"/>
      </w:pPr>
      <w:r>
        <w:br w:type="page"/>
      </w:r>
    </w:p>
    <w:p w14:paraId="353AB28B" w14:textId="77777777" w:rsidR="000540CB" w:rsidRDefault="00000000">
      <w:pPr>
        <w:pStyle w:val="Rubrik1"/>
        <w:spacing w:before="160" w:after="80"/>
      </w:pPr>
      <w:r>
        <w:lastRenderedPageBreak/>
        <w:t>Bilaga A - Källor och regelhänvisningar</w:t>
      </w:r>
    </w:p>
    <w:p w14:paraId="27E05C88" w14:textId="77777777" w:rsidR="000540CB" w:rsidRDefault="00000000">
      <w:pPr>
        <w:spacing w:after="80"/>
      </w:pPr>
      <w:r>
        <w:t>Nedan är centrala källor som checklistan bygger på. Kontrollera alltid aktuell lydelse och lokala myndighetskrav innan publicering.</w:t>
      </w:r>
    </w:p>
    <w:p w14:paraId="654AA5AB" w14:textId="77777777" w:rsidR="000540CB" w:rsidRDefault="00000000">
      <w:pPr>
        <w:pStyle w:val="Punktlista"/>
      </w:pPr>
      <w:r>
        <w:rPr>
          <w:b/>
          <w:sz w:val="18"/>
        </w:rPr>
        <w:t xml:space="preserve">Bostadsrättslagen 7 kap. 7 §. </w:t>
      </w:r>
      <w:r>
        <w:rPr>
          <w:sz w:val="18"/>
        </w:rPr>
        <w:t>https://www.riksdagen.se/sv/dokument-och-lagar/dokument/svensk-forfattningssamling/bostadsrattslag-1991614_sfs-1991-614/ - styrelsens tillstånd för bärande konstruktion, ledningar, ventilation, brandskydd och annan väsentlig förändring.</w:t>
      </w:r>
    </w:p>
    <w:p w14:paraId="7BC29045" w14:textId="77777777" w:rsidR="000540CB" w:rsidRDefault="00000000">
      <w:pPr>
        <w:pStyle w:val="Punktlista"/>
      </w:pPr>
      <w:r>
        <w:rPr>
          <w:b/>
          <w:sz w:val="18"/>
        </w:rPr>
        <w:t xml:space="preserve">Boverket - anmälan och startbesked. </w:t>
      </w:r>
      <w:r>
        <w:rPr>
          <w:sz w:val="18"/>
        </w:rPr>
        <w:t>https://www.boverket.se/sv/PBL-kunskapsbanken/lov--byggande/handlaggning/att-gora-en-anmalan/ - anmälningspliktig åtgärd får inte påbörjas innan startbesked.</w:t>
      </w:r>
    </w:p>
    <w:p w14:paraId="7225B0A2" w14:textId="77777777" w:rsidR="000540CB" w:rsidRDefault="00000000">
      <w:pPr>
        <w:pStyle w:val="Punktlista"/>
      </w:pPr>
      <w:r>
        <w:rPr>
          <w:b/>
          <w:sz w:val="18"/>
        </w:rPr>
        <w:t xml:space="preserve">Stockholms stad - ändra i bärande konstruktion. </w:t>
      </w:r>
      <w:r>
        <w:rPr>
          <w:sz w:val="18"/>
        </w:rPr>
        <w:t>https://bygglov.stockholm/nar-behovs-bygglov/andra-inomhus/andra-i-barande-konstruktion/ - anmälan och startbesked vid ändring som påverkar bärande konstruktion.</w:t>
      </w:r>
    </w:p>
    <w:p w14:paraId="2AF62393" w14:textId="77777777" w:rsidR="000540CB" w:rsidRDefault="00000000">
      <w:pPr>
        <w:pStyle w:val="Punktlista"/>
      </w:pPr>
      <w:r>
        <w:rPr>
          <w:b/>
          <w:sz w:val="18"/>
        </w:rPr>
        <w:t xml:space="preserve">Boverket - ventilation/OVK och väsentlig ändring. </w:t>
      </w:r>
      <w:r>
        <w:rPr>
          <w:sz w:val="18"/>
        </w:rPr>
        <w:t>https://www.boverket.se/sv/PBL-kunskapsbanken/regler-om-byggande/ovk/ - installation eller väsentlig ändring av ventilation kan kräva anmälan.</w:t>
      </w:r>
    </w:p>
    <w:p w14:paraId="3FBF8775" w14:textId="77777777" w:rsidR="000540CB" w:rsidRDefault="00000000">
      <w:pPr>
        <w:pStyle w:val="Punktlista"/>
      </w:pPr>
      <w:r>
        <w:rPr>
          <w:b/>
          <w:sz w:val="18"/>
        </w:rPr>
        <w:t xml:space="preserve">Arbetsmiljöverket - förebygg risker med asbest. </w:t>
      </w:r>
      <w:r>
        <w:rPr>
          <w:sz w:val="18"/>
        </w:rPr>
        <w:t>https://www.av.se/halsa-och-sakerhet/kemiska-risker/risker-for-vissa-amnen-produkter-och-verksamheter/asbest/forebygg-riskerna-med-asbest/ - asbest ska undersökas och identifieras före rivning/renovering.</w:t>
      </w:r>
    </w:p>
    <w:p w14:paraId="31BC712A" w14:textId="77777777" w:rsidR="000540CB" w:rsidRDefault="00000000">
      <w:pPr>
        <w:pStyle w:val="Punktlista"/>
      </w:pPr>
      <w:r>
        <w:rPr>
          <w:b/>
          <w:sz w:val="18"/>
        </w:rPr>
        <w:t xml:space="preserve">Arbetsmiljöverket - AFS 2023:13. </w:t>
      </w:r>
      <w:r>
        <w:rPr>
          <w:sz w:val="18"/>
        </w:rPr>
        <w:t>https://www.av.se/arbetsmiljoarbete-och-inspektioner/publikationer/foreskrifter/afs-202313/ - yrkesmässig hantering av asbest regleras särskilt.</w:t>
      </w:r>
    </w:p>
    <w:p w14:paraId="254E340C" w14:textId="77777777" w:rsidR="000540CB" w:rsidRDefault="00000000">
      <w:pPr>
        <w:pStyle w:val="Punktlista"/>
      </w:pPr>
      <w:r>
        <w:rPr>
          <w:b/>
          <w:sz w:val="18"/>
        </w:rPr>
        <w:t xml:space="preserve">Elsäkerhetsverket - egenkontrollprogram. </w:t>
      </w:r>
      <w:r>
        <w:rPr>
          <w:sz w:val="18"/>
        </w:rPr>
        <w:t>https://www.elsakerhetsverket.se/yrkespersoner/krav-for-elinstallationsforetag/egenkontrollprogram/ - elinstallationsföretag ska ha egenkontrollprogram.</w:t>
      </w:r>
    </w:p>
    <w:p w14:paraId="442F7764" w14:textId="77777777" w:rsidR="000540CB" w:rsidRDefault="00000000">
      <w:pPr>
        <w:pStyle w:val="Punktlista"/>
      </w:pPr>
      <w:r>
        <w:rPr>
          <w:b/>
          <w:sz w:val="18"/>
        </w:rPr>
        <w:t xml:space="preserve">Säker Vatten - branschregler. </w:t>
      </w:r>
      <w:r>
        <w:rPr>
          <w:sz w:val="18"/>
        </w:rPr>
        <w:t>https://sakervatten.se/branschregler/ - krav på utförande, produkter och kunskap vid vatteninstallationer.</w:t>
      </w:r>
    </w:p>
    <w:p w14:paraId="6C0418A8" w14:textId="77777777" w:rsidR="000540CB" w:rsidRDefault="00000000">
      <w:pPr>
        <w:pStyle w:val="Punktlista"/>
      </w:pPr>
      <w:r>
        <w:rPr>
          <w:b/>
          <w:sz w:val="18"/>
        </w:rPr>
        <w:t xml:space="preserve">Byggkeramikrådet - kvalitetsdokument/BBV. </w:t>
      </w:r>
      <w:r>
        <w:rPr>
          <w:sz w:val="18"/>
        </w:rPr>
        <w:t>https://www.bkr.se/regler/kvalitetsdokument - kvalitetsdokument vid våtrumsentreprenad enligt BBV.</w:t>
      </w:r>
    </w:p>
    <w:p w14:paraId="7432E35C" w14:textId="77777777" w:rsidR="000540CB" w:rsidRDefault="00000000">
      <w:pPr>
        <w:pStyle w:val="Punktlista"/>
      </w:pPr>
      <w:r>
        <w:rPr>
          <w:b/>
          <w:sz w:val="18"/>
        </w:rPr>
        <w:t xml:space="preserve">Gasnätet Stockholm - auktoriserade gasinstallatörer. </w:t>
      </w:r>
      <w:r>
        <w:rPr>
          <w:sz w:val="18"/>
        </w:rPr>
        <w:t>https://www.gasnatetstockholm.se/gaskund/auktoriserade-gasinstallatorer/ - gasarbeten ska hanteras av auktoriserade gasinstallatörer.</w:t>
      </w:r>
    </w:p>
    <w:p w14:paraId="5F4923B3" w14:textId="77777777" w:rsidR="000540CB" w:rsidRDefault="00000000">
      <w:pPr>
        <w:pStyle w:val="Punktlista"/>
      </w:pPr>
      <w:r>
        <w:rPr>
          <w:b/>
          <w:sz w:val="18"/>
        </w:rPr>
        <w:t xml:space="preserve">Stockholms stad - byggsäck/container på offentlig plats. </w:t>
      </w:r>
      <w:r>
        <w:rPr>
          <w:sz w:val="18"/>
        </w:rPr>
        <w:t>https://tillstand.stockholm/tillstand-regler-och-tillsyn/anvanda-offentlig-plats/stalla-byggsackar-containrar-och-fristaende-bodar-pa-offentlig-plats/ - polistillstånd krävs för byggsäck/container på offentlig plats.</w:t>
      </w:r>
    </w:p>
    <w:p w14:paraId="48D23E9D" w14:textId="77777777" w:rsidR="000540CB" w:rsidRDefault="000540CB">
      <w:pPr>
        <w:spacing w:after="80"/>
      </w:pPr>
    </w:p>
    <w:p w14:paraId="03835A0D" w14:textId="04FEFB20" w:rsidR="000540CB" w:rsidRDefault="00000000">
      <w:pPr>
        <w:pStyle w:val="Rubrik1"/>
        <w:spacing w:before="160" w:after="80"/>
      </w:pPr>
      <w:r>
        <w:t xml:space="preserve">Bilaga </w:t>
      </w:r>
      <w:r w:rsidR="007E49F3">
        <w:t>B</w:t>
      </w:r>
      <w:r>
        <w:t xml:space="preserve"> - </w:t>
      </w:r>
      <w:proofErr w:type="spellStart"/>
      <w:r>
        <w:t>Förslag</w:t>
      </w:r>
      <w:proofErr w:type="spellEnd"/>
      <w:r>
        <w:t xml:space="preserve"> till renoveringslapp i trapphus</w:t>
      </w:r>
    </w:p>
    <w:p w14:paraId="612259D8" w14:textId="77777777" w:rsidR="000540CB" w:rsidRDefault="00000000">
      <w:pPr>
        <w:spacing w:after="80"/>
      </w:pPr>
      <w:r>
        <w:t>Sätts upp väl synligt innan arbetet startar och sitter kvar under hela renoveringstiden.</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50"/>
        <w:gridCol w:w="2550"/>
        <w:gridCol w:w="2550"/>
        <w:gridCol w:w="2550"/>
      </w:tblGrid>
      <w:tr w:rsidR="000540CB" w14:paraId="0FA73A0E" w14:textId="77777777">
        <w:trPr>
          <w:jc w:val="center"/>
        </w:trPr>
        <w:tc>
          <w:tcPr>
            <w:tcW w:w="2550" w:type="dxa"/>
            <w:shd w:val="clear" w:color="auto" w:fill="F2F2F2"/>
            <w:vAlign w:val="center"/>
          </w:tcPr>
          <w:p w14:paraId="7DDDAB5A" w14:textId="77777777" w:rsidR="000540CB" w:rsidRDefault="00000000">
            <w:r>
              <w:rPr>
                <w:b/>
                <w:sz w:val="18"/>
              </w:rPr>
              <w:t>Lägenhet</w:t>
            </w:r>
          </w:p>
        </w:tc>
        <w:tc>
          <w:tcPr>
            <w:tcW w:w="2550" w:type="dxa"/>
            <w:vAlign w:val="center"/>
          </w:tcPr>
          <w:p w14:paraId="3C038D83" w14:textId="77777777" w:rsidR="000540CB" w:rsidRDefault="000540CB"/>
        </w:tc>
        <w:tc>
          <w:tcPr>
            <w:tcW w:w="2550" w:type="dxa"/>
            <w:shd w:val="clear" w:color="auto" w:fill="F2F2F2"/>
            <w:vAlign w:val="center"/>
          </w:tcPr>
          <w:p w14:paraId="6F58B121" w14:textId="77777777" w:rsidR="000540CB" w:rsidRDefault="00000000">
            <w:r>
              <w:rPr>
                <w:b/>
                <w:sz w:val="18"/>
              </w:rPr>
              <w:t>Renoveringsperiod</w:t>
            </w:r>
          </w:p>
        </w:tc>
        <w:tc>
          <w:tcPr>
            <w:tcW w:w="2550" w:type="dxa"/>
            <w:vAlign w:val="center"/>
          </w:tcPr>
          <w:p w14:paraId="38903753" w14:textId="77777777" w:rsidR="000540CB" w:rsidRDefault="000540CB"/>
        </w:tc>
      </w:tr>
      <w:tr w:rsidR="000540CB" w14:paraId="4A3333D0" w14:textId="77777777">
        <w:trPr>
          <w:jc w:val="center"/>
        </w:trPr>
        <w:tc>
          <w:tcPr>
            <w:tcW w:w="2550" w:type="dxa"/>
            <w:shd w:val="clear" w:color="auto" w:fill="F2F2F2"/>
            <w:vAlign w:val="center"/>
          </w:tcPr>
          <w:p w14:paraId="1D6AE8D4" w14:textId="77777777" w:rsidR="000540CB" w:rsidRDefault="00000000">
            <w:r>
              <w:rPr>
                <w:b/>
                <w:sz w:val="18"/>
              </w:rPr>
              <w:t>Ansvarig medlem</w:t>
            </w:r>
          </w:p>
        </w:tc>
        <w:tc>
          <w:tcPr>
            <w:tcW w:w="2550" w:type="dxa"/>
            <w:vAlign w:val="center"/>
          </w:tcPr>
          <w:p w14:paraId="2972DA45" w14:textId="77777777" w:rsidR="000540CB" w:rsidRDefault="000540CB"/>
        </w:tc>
        <w:tc>
          <w:tcPr>
            <w:tcW w:w="2550" w:type="dxa"/>
            <w:shd w:val="clear" w:color="auto" w:fill="F2F2F2"/>
            <w:vAlign w:val="center"/>
          </w:tcPr>
          <w:p w14:paraId="362C46F5" w14:textId="77777777" w:rsidR="000540CB" w:rsidRDefault="00000000">
            <w:r>
              <w:rPr>
                <w:b/>
                <w:sz w:val="18"/>
              </w:rPr>
              <w:t>Telefon</w:t>
            </w:r>
          </w:p>
        </w:tc>
        <w:tc>
          <w:tcPr>
            <w:tcW w:w="2550" w:type="dxa"/>
            <w:vAlign w:val="center"/>
          </w:tcPr>
          <w:p w14:paraId="5BAB0031" w14:textId="77777777" w:rsidR="000540CB" w:rsidRDefault="000540CB"/>
        </w:tc>
      </w:tr>
      <w:tr w:rsidR="000540CB" w14:paraId="3C42EE1F" w14:textId="77777777">
        <w:trPr>
          <w:jc w:val="center"/>
        </w:trPr>
        <w:tc>
          <w:tcPr>
            <w:tcW w:w="2550" w:type="dxa"/>
            <w:shd w:val="clear" w:color="auto" w:fill="F2F2F2"/>
            <w:vAlign w:val="center"/>
          </w:tcPr>
          <w:p w14:paraId="29578E80" w14:textId="77777777" w:rsidR="000540CB" w:rsidRDefault="00000000">
            <w:r>
              <w:rPr>
                <w:b/>
                <w:sz w:val="18"/>
              </w:rPr>
              <w:t>Projektledare / entreprenör</w:t>
            </w:r>
          </w:p>
        </w:tc>
        <w:tc>
          <w:tcPr>
            <w:tcW w:w="2550" w:type="dxa"/>
            <w:vAlign w:val="center"/>
          </w:tcPr>
          <w:p w14:paraId="1F029979" w14:textId="77777777" w:rsidR="000540CB" w:rsidRDefault="000540CB"/>
        </w:tc>
        <w:tc>
          <w:tcPr>
            <w:tcW w:w="2550" w:type="dxa"/>
            <w:shd w:val="clear" w:color="auto" w:fill="F2F2F2"/>
            <w:vAlign w:val="center"/>
          </w:tcPr>
          <w:p w14:paraId="41C669AF" w14:textId="77777777" w:rsidR="000540CB" w:rsidRDefault="00000000">
            <w:r>
              <w:rPr>
                <w:b/>
                <w:sz w:val="18"/>
              </w:rPr>
              <w:t>Telefon</w:t>
            </w:r>
          </w:p>
        </w:tc>
        <w:tc>
          <w:tcPr>
            <w:tcW w:w="2550" w:type="dxa"/>
            <w:vAlign w:val="center"/>
          </w:tcPr>
          <w:p w14:paraId="73D13749" w14:textId="77777777" w:rsidR="000540CB" w:rsidRDefault="000540CB"/>
        </w:tc>
      </w:tr>
      <w:tr w:rsidR="000540CB" w14:paraId="10933FA7" w14:textId="77777777">
        <w:trPr>
          <w:jc w:val="center"/>
        </w:trPr>
        <w:tc>
          <w:tcPr>
            <w:tcW w:w="2550" w:type="dxa"/>
            <w:shd w:val="clear" w:color="auto" w:fill="F2F2F2"/>
            <w:vAlign w:val="center"/>
          </w:tcPr>
          <w:p w14:paraId="6EB5E5D0" w14:textId="77777777" w:rsidR="000540CB" w:rsidRDefault="00000000">
            <w:r>
              <w:rPr>
                <w:b/>
                <w:sz w:val="18"/>
              </w:rPr>
              <w:t>Akutkontakt</w:t>
            </w:r>
          </w:p>
        </w:tc>
        <w:tc>
          <w:tcPr>
            <w:tcW w:w="2550" w:type="dxa"/>
            <w:vAlign w:val="center"/>
          </w:tcPr>
          <w:p w14:paraId="533E5280" w14:textId="77777777" w:rsidR="000540CB" w:rsidRDefault="000540CB"/>
        </w:tc>
        <w:tc>
          <w:tcPr>
            <w:tcW w:w="2550" w:type="dxa"/>
            <w:shd w:val="clear" w:color="auto" w:fill="F2F2F2"/>
            <w:vAlign w:val="center"/>
          </w:tcPr>
          <w:p w14:paraId="18EFCE98" w14:textId="77777777" w:rsidR="000540CB" w:rsidRDefault="00000000">
            <w:r>
              <w:rPr>
                <w:b/>
                <w:sz w:val="18"/>
              </w:rPr>
              <w:t>Telefon</w:t>
            </w:r>
          </w:p>
        </w:tc>
        <w:tc>
          <w:tcPr>
            <w:tcW w:w="2550" w:type="dxa"/>
            <w:vAlign w:val="center"/>
          </w:tcPr>
          <w:p w14:paraId="42D56BBE" w14:textId="77777777" w:rsidR="000540CB" w:rsidRDefault="000540CB"/>
        </w:tc>
      </w:tr>
    </w:tbl>
    <w:p w14:paraId="7BFDA528" w14:textId="77777777" w:rsidR="000540CB" w:rsidRDefault="000540CB">
      <w:pPr>
        <w:spacing w:after="80"/>
      </w:pPr>
    </w:p>
    <w:p w14:paraId="4CB5F846" w14:textId="77777777" w:rsidR="000540CB" w:rsidRDefault="00000000">
      <w:pPr>
        <w:spacing w:after="80"/>
      </w:pPr>
      <w:r>
        <w:t>Arbetstider enligt föreningens regler: allmänt arbete helgfria vardagar kl. 07.30-17.00, bullriga arbeten helgfria vardagar kl. 09.00-16.00. Vid frågor eller akuta problem, kontakta ansvarig enligt ovan.</w:t>
      </w:r>
    </w:p>
    <w:sectPr w:rsidR="000540CB" w:rsidSect="00034616">
      <w:headerReference w:type="default" r:id="rId8"/>
      <w:footerReference w:type="default" r:id="rId9"/>
      <w:pgSz w:w="12240" w:h="15840"/>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15AB4" w14:textId="77777777" w:rsidR="000E6DC8" w:rsidRDefault="000E6DC8">
      <w:pPr>
        <w:spacing w:after="0" w:line="240" w:lineRule="auto"/>
      </w:pPr>
      <w:r>
        <w:separator/>
      </w:r>
    </w:p>
  </w:endnote>
  <w:endnote w:type="continuationSeparator" w:id="0">
    <w:p w14:paraId="120E9CC5" w14:textId="77777777" w:rsidR="000E6DC8" w:rsidRDefault="000E6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FA64A" w14:textId="77777777" w:rsidR="000540CB" w:rsidRDefault="00000000">
    <w:pPr>
      <w:pStyle w:val="Sidfot"/>
      <w:jc w:val="center"/>
    </w:pPr>
    <w:proofErr w:type="spellStart"/>
    <w:r>
      <w:rPr>
        <w:color w:val="646464"/>
        <w:sz w:val="16"/>
      </w:rPr>
      <w:t>Arbetsmall</w:t>
    </w:r>
    <w:proofErr w:type="spellEnd"/>
    <w:r>
      <w:rPr>
        <w:color w:val="646464"/>
        <w:sz w:val="16"/>
      </w:rPr>
      <w:t xml:space="preserve"> - version 2026-05-11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49387" w14:textId="77777777" w:rsidR="000E6DC8" w:rsidRDefault="000E6DC8">
      <w:pPr>
        <w:spacing w:after="0" w:line="240" w:lineRule="auto"/>
      </w:pPr>
      <w:r>
        <w:separator/>
      </w:r>
    </w:p>
  </w:footnote>
  <w:footnote w:type="continuationSeparator" w:id="0">
    <w:p w14:paraId="4A334803" w14:textId="77777777" w:rsidR="000E6DC8" w:rsidRDefault="000E6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07BA" w14:textId="77777777" w:rsidR="000540CB" w:rsidRDefault="00000000">
    <w:pPr>
      <w:pStyle w:val="Sidhuvud"/>
      <w:jc w:val="right"/>
    </w:pPr>
    <w:r>
      <w:rPr>
        <w:color w:val="646464"/>
        <w:sz w:val="16"/>
      </w:rPr>
      <w:t xml:space="preserve">BRF Styrmannen 19 - </w:t>
    </w:r>
    <w:proofErr w:type="spellStart"/>
    <w:r>
      <w:rPr>
        <w:color w:val="646464"/>
        <w:sz w:val="16"/>
      </w:rPr>
      <w:t>Renoveringschecklista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524242000">
    <w:abstractNumId w:val="8"/>
  </w:num>
  <w:num w:numId="2" w16cid:durableId="1666326366">
    <w:abstractNumId w:val="6"/>
  </w:num>
  <w:num w:numId="3" w16cid:durableId="610936538">
    <w:abstractNumId w:val="5"/>
  </w:num>
  <w:num w:numId="4" w16cid:durableId="2076584186">
    <w:abstractNumId w:val="4"/>
  </w:num>
  <w:num w:numId="5" w16cid:durableId="1876044002">
    <w:abstractNumId w:val="7"/>
  </w:num>
  <w:num w:numId="6" w16cid:durableId="1347708078">
    <w:abstractNumId w:val="3"/>
  </w:num>
  <w:num w:numId="7" w16cid:durableId="271396994">
    <w:abstractNumId w:val="2"/>
  </w:num>
  <w:num w:numId="8" w16cid:durableId="92668973">
    <w:abstractNumId w:val="1"/>
  </w:num>
  <w:num w:numId="9" w16cid:durableId="1705904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40CB"/>
    <w:rsid w:val="0006063C"/>
    <w:rsid w:val="000E6DC8"/>
    <w:rsid w:val="0015074B"/>
    <w:rsid w:val="0029639D"/>
    <w:rsid w:val="00326F90"/>
    <w:rsid w:val="007E49F3"/>
    <w:rsid w:val="00AA1D8D"/>
    <w:rsid w:val="00B05D9B"/>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FE140D5-FDBE-4F49-845E-5EED99A2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79"/>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2331</Words>
  <Characters>12360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Peter Strand</cp:lastModifiedBy>
  <cp:revision>2</cp:revision>
  <dcterms:created xsi:type="dcterms:W3CDTF">2013-12-23T23:15:00Z</dcterms:created>
  <dcterms:modified xsi:type="dcterms:W3CDTF">2026-05-11T03:15:00Z</dcterms:modified>
  <cp:category/>
</cp:coreProperties>
</file>